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C3E8" w14:textId="77777777" w:rsidR="00894831" w:rsidRDefault="00421CA7">
      <w:pPr>
        <w:spacing w:before="840" w:after="200"/>
      </w:pPr>
      <w:r>
        <w:rPr>
          <w:b/>
          <w:color w:val="2E7D32"/>
          <w:sz w:val="24"/>
        </w:rPr>
        <w:t>EXPRESSION OF INTEREST</w:t>
      </w:r>
    </w:p>
    <w:p w14:paraId="7C78939D" w14:textId="7D815C7B" w:rsidR="00894831" w:rsidRDefault="001C4A5E">
      <w:pPr>
        <w:spacing w:after="160"/>
      </w:pPr>
      <w:r>
        <w:rPr>
          <w:rFonts w:ascii="Aptos Display" w:hAnsi="Aptos Display"/>
          <w:b/>
          <w:color w:val="17365D"/>
          <w:sz w:val="50"/>
        </w:rPr>
        <w:t xml:space="preserve">For </w:t>
      </w:r>
      <w:r w:rsidR="00421CA7">
        <w:rPr>
          <w:rFonts w:ascii="Aptos Display" w:hAnsi="Aptos Display"/>
          <w:b/>
          <w:color w:val="17365D"/>
          <w:sz w:val="50"/>
        </w:rPr>
        <w:t>s</w:t>
      </w:r>
      <w:r>
        <w:rPr>
          <w:rFonts w:ascii="Aptos Display" w:hAnsi="Aptos Display"/>
          <w:b/>
          <w:color w:val="17365D"/>
          <w:sz w:val="50"/>
        </w:rPr>
        <w:t xml:space="preserve">election of Training Center to conduct RPL trainings under </w:t>
      </w:r>
      <w:proofErr w:type="spellStart"/>
      <w:proofErr w:type="gramStart"/>
      <w:r>
        <w:rPr>
          <w:rFonts w:ascii="Aptos Display" w:hAnsi="Aptos Display"/>
          <w:b/>
          <w:color w:val="17365D"/>
          <w:sz w:val="50"/>
        </w:rPr>
        <w:t>PM:Suryaghar</w:t>
      </w:r>
      <w:proofErr w:type="spellEnd"/>
      <w:proofErr w:type="gramEnd"/>
      <w:r>
        <w:rPr>
          <w:rFonts w:ascii="Aptos Display" w:hAnsi="Aptos Display"/>
          <w:b/>
          <w:color w:val="17365D"/>
          <w:sz w:val="50"/>
        </w:rPr>
        <w:t xml:space="preserve"> </w:t>
      </w:r>
      <w:proofErr w:type="spellStart"/>
      <w:r>
        <w:rPr>
          <w:rFonts w:ascii="Aptos Display" w:hAnsi="Aptos Display"/>
          <w:b/>
          <w:color w:val="17365D"/>
          <w:sz w:val="50"/>
        </w:rPr>
        <w:t>Muft</w:t>
      </w:r>
      <w:proofErr w:type="spellEnd"/>
      <w:r>
        <w:rPr>
          <w:rFonts w:ascii="Aptos Display" w:hAnsi="Aptos Display"/>
          <w:b/>
          <w:color w:val="17365D"/>
          <w:sz w:val="50"/>
        </w:rPr>
        <w:t xml:space="preserve"> Bijli Yojana</w:t>
      </w:r>
    </w:p>
    <w:p w14:paraId="38C3E373" w14:textId="77777777" w:rsidR="00894831" w:rsidRDefault="00421CA7">
      <w:pPr>
        <w:spacing w:after="400"/>
      </w:pPr>
      <w:r>
        <w:rPr>
          <w:rFonts w:ascii="Aptos Display" w:hAnsi="Aptos Display"/>
          <w:b/>
          <w:color w:val="2E7D32"/>
          <w:sz w:val="30"/>
        </w:rPr>
        <w:t>Affiliated for the Job Role “Solar PV Installation Helper”</w:t>
      </w:r>
    </w:p>
    <w:tbl>
      <w:tblPr>
        <w:tblW w:w="9360" w:type="dxa"/>
        <w:tblInd w:w="120" w:type="dxa"/>
        <w:tblLayout w:type="fixed"/>
        <w:tblLook w:val="04A0" w:firstRow="1" w:lastRow="0" w:firstColumn="1" w:lastColumn="0" w:noHBand="0" w:noVBand="1"/>
      </w:tblPr>
      <w:tblGrid>
        <w:gridCol w:w="2380"/>
        <w:gridCol w:w="6980"/>
      </w:tblGrid>
      <w:tr w:rsidR="00894831" w14:paraId="4FC0D77C" w14:textId="77777777">
        <w:trPr>
          <w:cantSplit/>
        </w:trPr>
        <w:tc>
          <w:tcPr>
            <w:tcW w:w="2380" w:type="dxa"/>
            <w:shd w:val="clear" w:color="auto" w:fill="EAF0F7"/>
            <w:tcMar>
              <w:top w:w="130" w:type="dxa"/>
              <w:left w:w="160" w:type="dxa"/>
              <w:bottom w:w="130" w:type="dxa"/>
              <w:right w:w="160" w:type="dxa"/>
            </w:tcMar>
          </w:tcPr>
          <w:p w14:paraId="4DF97E88" w14:textId="77777777" w:rsidR="00894831" w:rsidRDefault="00421CA7">
            <w:r>
              <w:rPr>
                <w:b/>
                <w:color w:val="17365D"/>
              </w:rPr>
              <w:t>Issuing Organisation</w:t>
            </w:r>
          </w:p>
        </w:tc>
        <w:tc>
          <w:tcPr>
            <w:tcW w:w="6980" w:type="dxa"/>
            <w:tcMar>
              <w:top w:w="130" w:type="dxa"/>
              <w:left w:w="160" w:type="dxa"/>
              <w:bottom w:w="130" w:type="dxa"/>
              <w:right w:w="160" w:type="dxa"/>
            </w:tcMar>
          </w:tcPr>
          <w:p w14:paraId="7777F361" w14:textId="77777777" w:rsidR="00894831" w:rsidRDefault="00421CA7">
            <w:r>
              <w:t>Skill Council for Green Jobs (SCGJ)</w:t>
            </w:r>
          </w:p>
        </w:tc>
      </w:tr>
      <w:tr w:rsidR="00894831" w14:paraId="453872C2" w14:textId="77777777">
        <w:trPr>
          <w:cantSplit/>
        </w:trPr>
        <w:tc>
          <w:tcPr>
            <w:tcW w:w="2380" w:type="dxa"/>
            <w:shd w:val="clear" w:color="auto" w:fill="EAF0F7"/>
            <w:tcMar>
              <w:top w:w="130" w:type="dxa"/>
              <w:left w:w="160" w:type="dxa"/>
              <w:bottom w:w="130" w:type="dxa"/>
              <w:right w:w="160" w:type="dxa"/>
            </w:tcMar>
          </w:tcPr>
          <w:p w14:paraId="341784A4" w14:textId="77777777" w:rsidR="00894831" w:rsidRDefault="00421CA7">
            <w:r>
              <w:rPr>
                <w:b/>
                <w:color w:val="17365D"/>
              </w:rPr>
              <w:t>Programme</w:t>
            </w:r>
          </w:p>
        </w:tc>
        <w:tc>
          <w:tcPr>
            <w:tcW w:w="6980" w:type="dxa"/>
            <w:tcMar>
              <w:top w:w="130" w:type="dxa"/>
              <w:left w:w="160" w:type="dxa"/>
              <w:bottom w:w="130" w:type="dxa"/>
              <w:right w:w="160" w:type="dxa"/>
            </w:tcMar>
          </w:tcPr>
          <w:p w14:paraId="05486432" w14:textId="77777777" w:rsidR="00894831" w:rsidRDefault="00421CA7">
            <w:r>
              <w:t>PM Surya Ghar: Muft Bijli Yojana</w:t>
            </w:r>
          </w:p>
        </w:tc>
      </w:tr>
      <w:tr w:rsidR="00894831" w14:paraId="6FBD04B4" w14:textId="77777777">
        <w:trPr>
          <w:cantSplit/>
        </w:trPr>
        <w:tc>
          <w:tcPr>
            <w:tcW w:w="2380" w:type="dxa"/>
            <w:shd w:val="clear" w:color="auto" w:fill="EAF0F7"/>
            <w:tcMar>
              <w:top w:w="130" w:type="dxa"/>
              <w:left w:w="160" w:type="dxa"/>
              <w:bottom w:w="130" w:type="dxa"/>
              <w:right w:w="160" w:type="dxa"/>
            </w:tcMar>
          </w:tcPr>
          <w:p w14:paraId="219756D8" w14:textId="77777777" w:rsidR="00894831" w:rsidRDefault="00421CA7">
            <w:r>
              <w:rPr>
                <w:b/>
                <w:color w:val="17365D"/>
              </w:rPr>
              <w:t>Indicative Target</w:t>
            </w:r>
          </w:p>
        </w:tc>
        <w:tc>
          <w:tcPr>
            <w:tcW w:w="6980" w:type="dxa"/>
            <w:tcMar>
              <w:top w:w="130" w:type="dxa"/>
              <w:left w:w="160" w:type="dxa"/>
              <w:bottom w:w="130" w:type="dxa"/>
              <w:right w:w="160" w:type="dxa"/>
            </w:tcMar>
          </w:tcPr>
          <w:p w14:paraId="45EB5231" w14:textId="77777777" w:rsidR="00894831" w:rsidRDefault="00421CA7">
            <w:r>
              <w:t>10,000 candidates across the locations specified in this EOI</w:t>
            </w:r>
          </w:p>
        </w:tc>
      </w:tr>
      <w:tr w:rsidR="00F13A1C" w14:paraId="3AD6FBD8" w14:textId="77777777">
        <w:trPr>
          <w:cantSplit/>
        </w:trPr>
        <w:tc>
          <w:tcPr>
            <w:tcW w:w="2380" w:type="dxa"/>
            <w:shd w:val="clear" w:color="auto" w:fill="EAF0F7"/>
            <w:tcMar>
              <w:top w:w="130" w:type="dxa"/>
              <w:left w:w="160" w:type="dxa"/>
              <w:bottom w:w="130" w:type="dxa"/>
              <w:right w:w="160" w:type="dxa"/>
            </w:tcMar>
          </w:tcPr>
          <w:p w14:paraId="47DB7D1E" w14:textId="575913D2" w:rsidR="00F13A1C" w:rsidRDefault="00F13A1C">
            <w:pPr>
              <w:rPr>
                <w:b/>
                <w:color w:val="17365D"/>
              </w:rPr>
            </w:pPr>
            <w:r>
              <w:rPr>
                <w:b/>
                <w:color w:val="17365D"/>
              </w:rPr>
              <w:t>Last Date for Apply</w:t>
            </w:r>
          </w:p>
        </w:tc>
        <w:tc>
          <w:tcPr>
            <w:tcW w:w="6980" w:type="dxa"/>
            <w:tcMar>
              <w:top w:w="130" w:type="dxa"/>
              <w:left w:w="160" w:type="dxa"/>
              <w:bottom w:w="130" w:type="dxa"/>
              <w:right w:w="160" w:type="dxa"/>
            </w:tcMar>
          </w:tcPr>
          <w:p w14:paraId="4A5BB260" w14:textId="70A9FD3B" w:rsidR="00F13A1C" w:rsidRDefault="00186B78">
            <w:r>
              <w:t>NIL (Depends upon the target availability)</w:t>
            </w:r>
          </w:p>
        </w:tc>
      </w:tr>
    </w:tbl>
    <w:p w14:paraId="416A649A" w14:textId="77777777" w:rsidR="00894831" w:rsidRDefault="00894831">
      <w:pPr>
        <w:spacing w:after="280"/>
      </w:pPr>
    </w:p>
    <w:tbl>
      <w:tblPr>
        <w:tblW w:w="9360" w:type="dxa"/>
        <w:tblInd w:w="120" w:type="dxa"/>
        <w:tblLayout w:type="fixed"/>
        <w:tblLook w:val="04A0" w:firstRow="1" w:lastRow="0" w:firstColumn="1" w:lastColumn="0" w:noHBand="0" w:noVBand="1"/>
      </w:tblPr>
      <w:tblGrid>
        <w:gridCol w:w="9360"/>
      </w:tblGrid>
      <w:tr w:rsidR="00894831" w14:paraId="50B70E35" w14:textId="77777777">
        <w:trPr>
          <w:cantSplit/>
        </w:trPr>
        <w:tc>
          <w:tcPr>
            <w:tcW w:w="9360" w:type="dxa"/>
            <w:shd w:val="clear" w:color="auto" w:fill="EAF4EA"/>
            <w:tcMar>
              <w:top w:w="130" w:type="dxa"/>
              <w:left w:w="180" w:type="dxa"/>
              <w:bottom w:w="130" w:type="dxa"/>
              <w:right w:w="180" w:type="dxa"/>
            </w:tcMar>
          </w:tcPr>
          <w:p w14:paraId="29A2417C" w14:textId="77777777" w:rsidR="00894831" w:rsidRDefault="00421CA7">
            <w:pPr>
              <w:spacing w:after="0"/>
            </w:pPr>
            <w:r>
              <w:rPr>
                <w:b/>
                <w:color w:val="2E7D32"/>
              </w:rPr>
              <w:t xml:space="preserve">Important: </w:t>
            </w:r>
            <w:r>
              <w:t>Target allocation shall follow First-Come-First-Served priority only among applications found complete, eligible and fully compliant after verification by SCGJ.</w:t>
            </w:r>
          </w:p>
        </w:tc>
      </w:tr>
    </w:tbl>
    <w:p w14:paraId="19A8F121" w14:textId="77777777" w:rsidR="00894831" w:rsidRDefault="00894831">
      <w:pPr>
        <w:spacing w:after="20"/>
      </w:pPr>
    </w:p>
    <w:p w14:paraId="01374BB8" w14:textId="77777777" w:rsidR="00894831" w:rsidRDefault="00421CA7">
      <w:pPr>
        <w:spacing w:after="0"/>
      </w:pPr>
      <w:r>
        <w:t>SCGJ invites Expressions of Interest from eligible Training Providers/Training Centres for empanelment and possible target allocation for training under the job role “Solar PV Installation Helper”, subject to the terms stated in this document.</w:t>
      </w:r>
    </w:p>
    <w:p w14:paraId="41608552" w14:textId="77777777" w:rsidR="00894831" w:rsidRDefault="00421CA7">
      <w:r>
        <w:br w:type="page"/>
      </w:r>
    </w:p>
    <w:p w14:paraId="2EE76C77" w14:textId="77777777" w:rsidR="00894831" w:rsidRDefault="00421CA7">
      <w:pPr>
        <w:pStyle w:val="Heading1"/>
      </w:pPr>
      <w:r>
        <w:lastRenderedPageBreak/>
        <w:t>1. Background and Purpose</w:t>
      </w:r>
    </w:p>
    <w:p w14:paraId="7F38CFB8" w14:textId="77777777" w:rsidR="00894831" w:rsidRDefault="00421CA7">
      <w:r>
        <w:t>The Skill Council for Green Jobs (SCGJ) invites applications from Training Centres affiliated on the Skill India Digital Hub (SIDH) for the job role “Solar PV Installation Helper”. The purpose of this EOI is to identify capable and compliant centres in the listed locations for delivery of quality training under the PM Surya Ghar: Muft Bijli Yojana.</w:t>
      </w:r>
    </w:p>
    <w:p w14:paraId="4185B26A" w14:textId="77777777" w:rsidR="00894831" w:rsidRDefault="00421CA7">
      <w:r>
        <w:t>Empanelment or submission of an application does not create any right to allocation. Allocation shall remain subject to eligibility verification, location-wise availability, operational readiness, scheme requirements and approval of SCGJ.</w:t>
      </w:r>
    </w:p>
    <w:p w14:paraId="411A6DFD" w14:textId="77777777" w:rsidR="00894831" w:rsidRDefault="00421CA7">
      <w:pPr>
        <w:pStyle w:val="Heading1"/>
      </w:pPr>
      <w:r>
        <w:t>2. Scope of Engagement</w:t>
      </w:r>
    </w:p>
    <w:p w14:paraId="2DFA68D0" w14:textId="77777777" w:rsidR="00894831" w:rsidRDefault="00421CA7">
      <w:pPr>
        <w:pStyle w:val="ListBullet"/>
      </w:pPr>
      <w:r>
        <w:t>Mobilise eligible candidates in the approved location and register them on SIDH as per applicable programme guidelines.</w:t>
      </w:r>
    </w:p>
    <w:p w14:paraId="7A93CE99" w14:textId="77777777" w:rsidR="00894831" w:rsidRDefault="00421CA7">
      <w:pPr>
        <w:pStyle w:val="ListBullet"/>
      </w:pPr>
      <w:r>
        <w:t>Conduct training for the prescribed duration and curriculum using certified trainers and the required tools, equipment, lab and installed solar system.</w:t>
      </w:r>
    </w:p>
    <w:p w14:paraId="1369B806" w14:textId="2BA4E902" w:rsidR="00894831" w:rsidRDefault="00421CA7" w:rsidP="00E9052F">
      <w:pPr>
        <w:pStyle w:val="ListBullet"/>
      </w:pPr>
      <w:r>
        <w:t xml:space="preserve">Ensure attendance, assessment, certification, candidate documentation, evidence collection and MIS reporting </w:t>
      </w:r>
      <w:r w:rsidR="00E9052F">
        <w:t xml:space="preserve">as per applicable </w:t>
      </w:r>
      <w:proofErr w:type="spellStart"/>
      <w:r w:rsidR="00E9052F">
        <w:t>programme</w:t>
      </w:r>
      <w:proofErr w:type="spellEnd"/>
      <w:r w:rsidR="00E9052F">
        <w:t xml:space="preserve"> guidelines.</w:t>
      </w:r>
    </w:p>
    <w:p w14:paraId="59C57C25" w14:textId="77777777" w:rsidR="00894831" w:rsidRDefault="00421CA7">
      <w:pPr>
        <w:pStyle w:val="ListBullet"/>
      </w:pPr>
      <w:r>
        <w:t>Facilitate inspections, monitoring and verification by SCGJ or any authorised agency.</w:t>
      </w:r>
    </w:p>
    <w:p w14:paraId="0838799A" w14:textId="708BC02D" w:rsidR="00894831" w:rsidRDefault="00421CA7">
      <w:pPr>
        <w:pStyle w:val="Heading1"/>
      </w:pPr>
      <w:r>
        <w:t>3. Locations and Targets</w:t>
      </w:r>
    </w:p>
    <w:p w14:paraId="799DBA78" w14:textId="77777777" w:rsidR="00894831" w:rsidRDefault="00421CA7">
      <w:pPr>
        <w:spacing w:after="100"/>
      </w:pPr>
      <w:r>
        <w:t xml:space="preserve">The location-wise </w:t>
      </w:r>
      <w:r w:rsidRPr="00E9052F">
        <w:rPr>
          <w:b/>
          <w:bCs/>
        </w:rPr>
        <w:t>indicative targets</w:t>
      </w:r>
      <w:r>
        <w:t xml:space="preserve"> are set out below. SCGJ may increase, reduce, redistribute, hold or withdraw any target depending on programme requirements, performance, compliance and availability of candidates/funds.</w:t>
      </w:r>
    </w:p>
    <w:tbl>
      <w:tblPr>
        <w:tblStyle w:val="TableGrid"/>
        <w:tblW w:w="9360" w:type="dxa"/>
        <w:tblInd w:w="120" w:type="dxa"/>
        <w:tblLayout w:type="fixed"/>
        <w:tblLook w:val="04A0" w:firstRow="1" w:lastRow="0" w:firstColumn="1" w:lastColumn="0" w:noHBand="0" w:noVBand="1"/>
      </w:tblPr>
      <w:tblGrid>
        <w:gridCol w:w="720"/>
        <w:gridCol w:w="2200"/>
        <w:gridCol w:w="4100"/>
        <w:gridCol w:w="2340"/>
      </w:tblGrid>
      <w:tr w:rsidR="00894831" w14:paraId="6DC7E97E" w14:textId="77777777">
        <w:trPr>
          <w:cantSplit/>
          <w:tblHeader/>
        </w:trPr>
        <w:tc>
          <w:tcPr>
            <w:tcW w:w="720" w:type="dxa"/>
            <w:shd w:val="clear" w:color="auto" w:fill="17365D"/>
            <w:tcMar>
              <w:top w:w="90" w:type="dxa"/>
              <w:left w:w="100" w:type="dxa"/>
              <w:bottom w:w="90" w:type="dxa"/>
              <w:right w:w="100" w:type="dxa"/>
            </w:tcMar>
            <w:vAlign w:val="center"/>
          </w:tcPr>
          <w:p w14:paraId="33079045" w14:textId="77777777" w:rsidR="00894831" w:rsidRDefault="00421CA7">
            <w:pPr>
              <w:jc w:val="center"/>
            </w:pPr>
            <w:r>
              <w:rPr>
                <w:b/>
                <w:color w:val="FFFFFF"/>
                <w:sz w:val="18"/>
              </w:rPr>
              <w:t>S. No.</w:t>
            </w:r>
          </w:p>
        </w:tc>
        <w:tc>
          <w:tcPr>
            <w:tcW w:w="2200" w:type="dxa"/>
            <w:shd w:val="clear" w:color="auto" w:fill="17365D"/>
            <w:tcMar>
              <w:top w:w="90" w:type="dxa"/>
              <w:left w:w="100" w:type="dxa"/>
              <w:bottom w:w="90" w:type="dxa"/>
              <w:right w:w="100" w:type="dxa"/>
            </w:tcMar>
            <w:vAlign w:val="center"/>
          </w:tcPr>
          <w:p w14:paraId="44367883" w14:textId="77777777" w:rsidR="00894831" w:rsidRDefault="00421CA7">
            <w:pPr>
              <w:jc w:val="center"/>
            </w:pPr>
            <w:r>
              <w:rPr>
                <w:b/>
                <w:color w:val="FFFFFF"/>
                <w:sz w:val="18"/>
              </w:rPr>
              <w:t>State / UT</w:t>
            </w:r>
          </w:p>
        </w:tc>
        <w:tc>
          <w:tcPr>
            <w:tcW w:w="4100" w:type="dxa"/>
            <w:shd w:val="clear" w:color="auto" w:fill="17365D"/>
            <w:tcMar>
              <w:top w:w="90" w:type="dxa"/>
              <w:left w:w="100" w:type="dxa"/>
              <w:bottom w:w="90" w:type="dxa"/>
              <w:right w:w="100" w:type="dxa"/>
            </w:tcMar>
            <w:vAlign w:val="center"/>
          </w:tcPr>
          <w:p w14:paraId="78BA246F" w14:textId="77777777" w:rsidR="00894831" w:rsidRDefault="00421CA7">
            <w:pPr>
              <w:jc w:val="center"/>
            </w:pPr>
            <w:r>
              <w:rPr>
                <w:b/>
                <w:color w:val="FFFFFF"/>
                <w:sz w:val="18"/>
              </w:rPr>
              <w:t>Assigned City / Area</w:t>
            </w:r>
          </w:p>
        </w:tc>
        <w:tc>
          <w:tcPr>
            <w:tcW w:w="2340" w:type="dxa"/>
            <w:shd w:val="clear" w:color="auto" w:fill="17365D"/>
            <w:tcMar>
              <w:top w:w="90" w:type="dxa"/>
              <w:left w:w="100" w:type="dxa"/>
              <w:bottom w:w="90" w:type="dxa"/>
              <w:right w:w="100" w:type="dxa"/>
            </w:tcMar>
            <w:vAlign w:val="center"/>
          </w:tcPr>
          <w:p w14:paraId="1814B747" w14:textId="77777777" w:rsidR="00894831" w:rsidRDefault="00421CA7">
            <w:pPr>
              <w:jc w:val="center"/>
            </w:pPr>
            <w:r>
              <w:rPr>
                <w:b/>
                <w:color w:val="FFFFFF"/>
                <w:sz w:val="18"/>
              </w:rPr>
              <w:t>Indicative Target</w:t>
            </w:r>
          </w:p>
        </w:tc>
      </w:tr>
      <w:tr w:rsidR="00894831" w14:paraId="597F4FE1" w14:textId="77777777">
        <w:trPr>
          <w:cantSplit/>
        </w:trPr>
        <w:tc>
          <w:tcPr>
            <w:tcW w:w="720" w:type="dxa"/>
            <w:tcMar>
              <w:top w:w="38" w:type="dxa"/>
              <w:left w:w="90" w:type="dxa"/>
              <w:bottom w:w="38" w:type="dxa"/>
              <w:right w:w="90" w:type="dxa"/>
            </w:tcMar>
            <w:vAlign w:val="center"/>
          </w:tcPr>
          <w:p w14:paraId="29558AA6" w14:textId="77777777" w:rsidR="00894831" w:rsidRDefault="00421CA7">
            <w:pPr>
              <w:spacing w:after="0" w:line="240" w:lineRule="auto"/>
              <w:jc w:val="center"/>
            </w:pPr>
            <w:r>
              <w:rPr>
                <w:sz w:val="16"/>
              </w:rPr>
              <w:t>1</w:t>
            </w:r>
          </w:p>
        </w:tc>
        <w:tc>
          <w:tcPr>
            <w:tcW w:w="2200" w:type="dxa"/>
            <w:tcMar>
              <w:top w:w="38" w:type="dxa"/>
              <w:left w:w="90" w:type="dxa"/>
              <w:bottom w:w="38" w:type="dxa"/>
              <w:right w:w="90" w:type="dxa"/>
            </w:tcMar>
            <w:vAlign w:val="center"/>
          </w:tcPr>
          <w:p w14:paraId="51B4D028" w14:textId="77777777" w:rsidR="00894831" w:rsidRDefault="00421CA7">
            <w:pPr>
              <w:spacing w:after="0" w:line="240" w:lineRule="auto"/>
            </w:pPr>
            <w:r>
              <w:rPr>
                <w:sz w:val="16"/>
              </w:rPr>
              <w:t>Andhra Pradesh</w:t>
            </w:r>
          </w:p>
        </w:tc>
        <w:tc>
          <w:tcPr>
            <w:tcW w:w="4100" w:type="dxa"/>
            <w:tcMar>
              <w:top w:w="38" w:type="dxa"/>
              <w:left w:w="90" w:type="dxa"/>
              <w:bottom w:w="38" w:type="dxa"/>
              <w:right w:w="90" w:type="dxa"/>
            </w:tcMar>
            <w:vAlign w:val="center"/>
          </w:tcPr>
          <w:p w14:paraId="20A25DCF" w14:textId="77777777" w:rsidR="00894831" w:rsidRDefault="00421CA7">
            <w:pPr>
              <w:spacing w:after="0" w:line="240" w:lineRule="auto"/>
            </w:pPr>
            <w:r>
              <w:rPr>
                <w:sz w:val="16"/>
              </w:rPr>
              <w:t>Nellore</w:t>
            </w:r>
          </w:p>
        </w:tc>
        <w:tc>
          <w:tcPr>
            <w:tcW w:w="2340" w:type="dxa"/>
            <w:tcMar>
              <w:top w:w="38" w:type="dxa"/>
              <w:left w:w="90" w:type="dxa"/>
              <w:bottom w:w="38" w:type="dxa"/>
              <w:right w:w="90" w:type="dxa"/>
            </w:tcMar>
            <w:vAlign w:val="center"/>
          </w:tcPr>
          <w:p w14:paraId="0FF5886C" w14:textId="77777777" w:rsidR="00894831" w:rsidRDefault="00421CA7">
            <w:pPr>
              <w:spacing w:after="0" w:line="240" w:lineRule="auto"/>
              <w:jc w:val="center"/>
            </w:pPr>
            <w:r>
              <w:rPr>
                <w:sz w:val="16"/>
              </w:rPr>
              <w:t>300</w:t>
            </w:r>
          </w:p>
        </w:tc>
      </w:tr>
      <w:tr w:rsidR="00894831" w14:paraId="3455D00B" w14:textId="77777777">
        <w:trPr>
          <w:cantSplit/>
        </w:trPr>
        <w:tc>
          <w:tcPr>
            <w:tcW w:w="720" w:type="dxa"/>
            <w:shd w:val="clear" w:color="auto" w:fill="F8FAFC"/>
            <w:tcMar>
              <w:top w:w="38" w:type="dxa"/>
              <w:left w:w="90" w:type="dxa"/>
              <w:bottom w:w="38" w:type="dxa"/>
              <w:right w:w="90" w:type="dxa"/>
            </w:tcMar>
            <w:vAlign w:val="center"/>
          </w:tcPr>
          <w:p w14:paraId="042850DF" w14:textId="77777777" w:rsidR="00894831" w:rsidRDefault="00421CA7">
            <w:pPr>
              <w:spacing w:after="0" w:line="240" w:lineRule="auto"/>
              <w:jc w:val="center"/>
            </w:pPr>
            <w:r>
              <w:rPr>
                <w:sz w:val="16"/>
              </w:rPr>
              <w:t>2</w:t>
            </w:r>
          </w:p>
        </w:tc>
        <w:tc>
          <w:tcPr>
            <w:tcW w:w="2200" w:type="dxa"/>
            <w:shd w:val="clear" w:color="auto" w:fill="F8FAFC"/>
            <w:tcMar>
              <w:top w:w="38" w:type="dxa"/>
              <w:left w:w="90" w:type="dxa"/>
              <w:bottom w:w="38" w:type="dxa"/>
              <w:right w:w="90" w:type="dxa"/>
            </w:tcMar>
            <w:vAlign w:val="center"/>
          </w:tcPr>
          <w:p w14:paraId="19B31E3B" w14:textId="77777777" w:rsidR="00894831" w:rsidRDefault="00421CA7">
            <w:pPr>
              <w:spacing w:after="0" w:line="240" w:lineRule="auto"/>
            </w:pPr>
            <w:r>
              <w:rPr>
                <w:sz w:val="16"/>
              </w:rPr>
              <w:t>Andhra Pradesh</w:t>
            </w:r>
          </w:p>
        </w:tc>
        <w:tc>
          <w:tcPr>
            <w:tcW w:w="4100" w:type="dxa"/>
            <w:shd w:val="clear" w:color="auto" w:fill="F8FAFC"/>
            <w:tcMar>
              <w:top w:w="38" w:type="dxa"/>
              <w:left w:w="90" w:type="dxa"/>
              <w:bottom w:w="38" w:type="dxa"/>
              <w:right w:w="90" w:type="dxa"/>
            </w:tcMar>
            <w:vAlign w:val="center"/>
          </w:tcPr>
          <w:p w14:paraId="079B7F26" w14:textId="77777777" w:rsidR="00894831" w:rsidRDefault="00421CA7">
            <w:pPr>
              <w:spacing w:after="0" w:line="240" w:lineRule="auto"/>
            </w:pPr>
            <w:r>
              <w:rPr>
                <w:sz w:val="16"/>
              </w:rPr>
              <w:t>Vijayawada</w:t>
            </w:r>
          </w:p>
        </w:tc>
        <w:tc>
          <w:tcPr>
            <w:tcW w:w="2340" w:type="dxa"/>
            <w:shd w:val="clear" w:color="auto" w:fill="F8FAFC"/>
            <w:tcMar>
              <w:top w:w="38" w:type="dxa"/>
              <w:left w:w="90" w:type="dxa"/>
              <w:bottom w:w="38" w:type="dxa"/>
              <w:right w:w="90" w:type="dxa"/>
            </w:tcMar>
            <w:vAlign w:val="center"/>
          </w:tcPr>
          <w:p w14:paraId="736993BE" w14:textId="77777777" w:rsidR="00894831" w:rsidRDefault="00421CA7">
            <w:pPr>
              <w:spacing w:after="0" w:line="240" w:lineRule="auto"/>
              <w:jc w:val="center"/>
            </w:pPr>
            <w:r>
              <w:rPr>
                <w:sz w:val="16"/>
              </w:rPr>
              <w:t>300</w:t>
            </w:r>
          </w:p>
        </w:tc>
      </w:tr>
      <w:tr w:rsidR="00894831" w14:paraId="734B8646" w14:textId="77777777">
        <w:trPr>
          <w:cantSplit/>
        </w:trPr>
        <w:tc>
          <w:tcPr>
            <w:tcW w:w="720" w:type="dxa"/>
            <w:tcMar>
              <w:top w:w="38" w:type="dxa"/>
              <w:left w:w="90" w:type="dxa"/>
              <w:bottom w:w="38" w:type="dxa"/>
              <w:right w:w="90" w:type="dxa"/>
            </w:tcMar>
            <w:vAlign w:val="center"/>
          </w:tcPr>
          <w:p w14:paraId="5B1AFEC0" w14:textId="77777777" w:rsidR="00894831" w:rsidRDefault="00421CA7">
            <w:pPr>
              <w:spacing w:after="0" w:line="240" w:lineRule="auto"/>
              <w:jc w:val="center"/>
            </w:pPr>
            <w:r>
              <w:rPr>
                <w:sz w:val="16"/>
              </w:rPr>
              <w:t>3</w:t>
            </w:r>
          </w:p>
        </w:tc>
        <w:tc>
          <w:tcPr>
            <w:tcW w:w="2200" w:type="dxa"/>
            <w:tcMar>
              <w:top w:w="38" w:type="dxa"/>
              <w:left w:w="90" w:type="dxa"/>
              <w:bottom w:w="38" w:type="dxa"/>
              <w:right w:w="90" w:type="dxa"/>
            </w:tcMar>
            <w:vAlign w:val="center"/>
          </w:tcPr>
          <w:p w14:paraId="35ABF3E7" w14:textId="77777777" w:rsidR="00894831" w:rsidRDefault="00421CA7">
            <w:pPr>
              <w:spacing w:after="0" w:line="240" w:lineRule="auto"/>
            </w:pPr>
            <w:r>
              <w:rPr>
                <w:sz w:val="16"/>
              </w:rPr>
              <w:t>Andhra Pradesh</w:t>
            </w:r>
          </w:p>
        </w:tc>
        <w:tc>
          <w:tcPr>
            <w:tcW w:w="4100" w:type="dxa"/>
            <w:tcMar>
              <w:top w:w="38" w:type="dxa"/>
              <w:left w:w="90" w:type="dxa"/>
              <w:bottom w:w="38" w:type="dxa"/>
              <w:right w:w="90" w:type="dxa"/>
            </w:tcMar>
            <w:vAlign w:val="center"/>
          </w:tcPr>
          <w:p w14:paraId="20B8AAD4" w14:textId="77777777" w:rsidR="00894831" w:rsidRDefault="00421CA7">
            <w:pPr>
              <w:spacing w:after="0" w:line="240" w:lineRule="auto"/>
            </w:pPr>
            <w:r>
              <w:rPr>
                <w:sz w:val="16"/>
              </w:rPr>
              <w:t>Visakhapatnam</w:t>
            </w:r>
          </w:p>
        </w:tc>
        <w:tc>
          <w:tcPr>
            <w:tcW w:w="2340" w:type="dxa"/>
            <w:tcMar>
              <w:top w:w="38" w:type="dxa"/>
              <w:left w:w="90" w:type="dxa"/>
              <w:bottom w:w="38" w:type="dxa"/>
              <w:right w:w="90" w:type="dxa"/>
            </w:tcMar>
            <w:vAlign w:val="center"/>
          </w:tcPr>
          <w:p w14:paraId="677E4C8C" w14:textId="77777777" w:rsidR="00894831" w:rsidRDefault="00421CA7">
            <w:pPr>
              <w:spacing w:after="0" w:line="240" w:lineRule="auto"/>
              <w:jc w:val="center"/>
            </w:pPr>
            <w:r>
              <w:rPr>
                <w:sz w:val="16"/>
              </w:rPr>
              <w:t>300</w:t>
            </w:r>
          </w:p>
        </w:tc>
      </w:tr>
      <w:tr w:rsidR="00894831" w14:paraId="0744A42F" w14:textId="77777777">
        <w:trPr>
          <w:cantSplit/>
        </w:trPr>
        <w:tc>
          <w:tcPr>
            <w:tcW w:w="720" w:type="dxa"/>
            <w:shd w:val="clear" w:color="auto" w:fill="F8FAFC"/>
            <w:tcMar>
              <w:top w:w="38" w:type="dxa"/>
              <w:left w:w="90" w:type="dxa"/>
              <w:bottom w:w="38" w:type="dxa"/>
              <w:right w:w="90" w:type="dxa"/>
            </w:tcMar>
            <w:vAlign w:val="center"/>
          </w:tcPr>
          <w:p w14:paraId="336B2F74" w14:textId="77777777" w:rsidR="00894831" w:rsidRDefault="00421CA7">
            <w:pPr>
              <w:spacing w:after="0" w:line="240" w:lineRule="auto"/>
              <w:jc w:val="center"/>
            </w:pPr>
            <w:r>
              <w:rPr>
                <w:sz w:val="16"/>
              </w:rPr>
              <w:t>4</w:t>
            </w:r>
          </w:p>
        </w:tc>
        <w:tc>
          <w:tcPr>
            <w:tcW w:w="2200" w:type="dxa"/>
            <w:shd w:val="clear" w:color="auto" w:fill="F8FAFC"/>
            <w:tcMar>
              <w:top w:w="38" w:type="dxa"/>
              <w:left w:w="90" w:type="dxa"/>
              <w:bottom w:w="38" w:type="dxa"/>
              <w:right w:w="90" w:type="dxa"/>
            </w:tcMar>
            <w:vAlign w:val="center"/>
          </w:tcPr>
          <w:p w14:paraId="32085114" w14:textId="77777777" w:rsidR="00894831" w:rsidRDefault="00421CA7">
            <w:pPr>
              <w:spacing w:after="0" w:line="240" w:lineRule="auto"/>
            </w:pPr>
            <w:r>
              <w:rPr>
                <w:sz w:val="16"/>
              </w:rPr>
              <w:t>Assam</w:t>
            </w:r>
          </w:p>
        </w:tc>
        <w:tc>
          <w:tcPr>
            <w:tcW w:w="4100" w:type="dxa"/>
            <w:shd w:val="clear" w:color="auto" w:fill="F8FAFC"/>
            <w:tcMar>
              <w:top w:w="38" w:type="dxa"/>
              <w:left w:w="90" w:type="dxa"/>
              <w:bottom w:w="38" w:type="dxa"/>
              <w:right w:w="90" w:type="dxa"/>
            </w:tcMar>
            <w:vAlign w:val="center"/>
          </w:tcPr>
          <w:p w14:paraId="041B413D" w14:textId="77777777" w:rsidR="00894831" w:rsidRDefault="00421CA7">
            <w:pPr>
              <w:spacing w:after="0" w:line="240" w:lineRule="auto"/>
            </w:pPr>
            <w:r>
              <w:rPr>
                <w:sz w:val="16"/>
              </w:rPr>
              <w:t>Barpeta</w:t>
            </w:r>
          </w:p>
        </w:tc>
        <w:tc>
          <w:tcPr>
            <w:tcW w:w="2340" w:type="dxa"/>
            <w:shd w:val="clear" w:color="auto" w:fill="F8FAFC"/>
            <w:tcMar>
              <w:top w:w="38" w:type="dxa"/>
              <w:left w:w="90" w:type="dxa"/>
              <w:bottom w:w="38" w:type="dxa"/>
              <w:right w:w="90" w:type="dxa"/>
            </w:tcMar>
            <w:vAlign w:val="center"/>
          </w:tcPr>
          <w:p w14:paraId="24A273E3" w14:textId="77777777" w:rsidR="00894831" w:rsidRDefault="00421CA7">
            <w:pPr>
              <w:spacing w:after="0" w:line="240" w:lineRule="auto"/>
              <w:jc w:val="center"/>
            </w:pPr>
            <w:r>
              <w:rPr>
                <w:sz w:val="16"/>
              </w:rPr>
              <w:t>200</w:t>
            </w:r>
          </w:p>
        </w:tc>
      </w:tr>
      <w:tr w:rsidR="00894831" w14:paraId="48E12E66" w14:textId="77777777">
        <w:trPr>
          <w:cantSplit/>
        </w:trPr>
        <w:tc>
          <w:tcPr>
            <w:tcW w:w="720" w:type="dxa"/>
            <w:tcMar>
              <w:top w:w="38" w:type="dxa"/>
              <w:left w:w="90" w:type="dxa"/>
              <w:bottom w:w="38" w:type="dxa"/>
              <w:right w:w="90" w:type="dxa"/>
            </w:tcMar>
            <w:vAlign w:val="center"/>
          </w:tcPr>
          <w:p w14:paraId="6F5B54F2" w14:textId="77777777" w:rsidR="00894831" w:rsidRDefault="00421CA7">
            <w:pPr>
              <w:spacing w:after="0" w:line="240" w:lineRule="auto"/>
              <w:jc w:val="center"/>
            </w:pPr>
            <w:r>
              <w:rPr>
                <w:sz w:val="16"/>
              </w:rPr>
              <w:t>5</w:t>
            </w:r>
          </w:p>
        </w:tc>
        <w:tc>
          <w:tcPr>
            <w:tcW w:w="2200" w:type="dxa"/>
            <w:tcMar>
              <w:top w:w="38" w:type="dxa"/>
              <w:left w:w="90" w:type="dxa"/>
              <w:bottom w:w="38" w:type="dxa"/>
              <w:right w:w="90" w:type="dxa"/>
            </w:tcMar>
            <w:vAlign w:val="center"/>
          </w:tcPr>
          <w:p w14:paraId="1DD6B8C2" w14:textId="77777777" w:rsidR="00894831" w:rsidRDefault="00421CA7">
            <w:pPr>
              <w:spacing w:after="0" w:line="240" w:lineRule="auto"/>
            </w:pPr>
            <w:r>
              <w:rPr>
                <w:sz w:val="16"/>
              </w:rPr>
              <w:t>Assam</w:t>
            </w:r>
          </w:p>
        </w:tc>
        <w:tc>
          <w:tcPr>
            <w:tcW w:w="4100" w:type="dxa"/>
            <w:tcMar>
              <w:top w:w="38" w:type="dxa"/>
              <w:left w:w="90" w:type="dxa"/>
              <w:bottom w:w="38" w:type="dxa"/>
              <w:right w:w="90" w:type="dxa"/>
            </w:tcMar>
            <w:vAlign w:val="center"/>
          </w:tcPr>
          <w:p w14:paraId="517AB33B" w14:textId="77777777" w:rsidR="00894831" w:rsidRDefault="00421CA7">
            <w:pPr>
              <w:spacing w:after="0" w:line="240" w:lineRule="auto"/>
            </w:pPr>
            <w:r>
              <w:rPr>
                <w:sz w:val="16"/>
              </w:rPr>
              <w:t>Dibrugarh</w:t>
            </w:r>
          </w:p>
        </w:tc>
        <w:tc>
          <w:tcPr>
            <w:tcW w:w="2340" w:type="dxa"/>
            <w:tcMar>
              <w:top w:w="38" w:type="dxa"/>
              <w:left w:w="90" w:type="dxa"/>
              <w:bottom w:w="38" w:type="dxa"/>
              <w:right w:w="90" w:type="dxa"/>
            </w:tcMar>
            <w:vAlign w:val="center"/>
          </w:tcPr>
          <w:p w14:paraId="6B3AC695" w14:textId="77777777" w:rsidR="00894831" w:rsidRDefault="00421CA7">
            <w:pPr>
              <w:spacing w:after="0" w:line="240" w:lineRule="auto"/>
              <w:jc w:val="center"/>
            </w:pPr>
            <w:r>
              <w:rPr>
                <w:sz w:val="16"/>
              </w:rPr>
              <w:t>200</w:t>
            </w:r>
          </w:p>
        </w:tc>
      </w:tr>
      <w:tr w:rsidR="00894831" w14:paraId="3D349440" w14:textId="77777777">
        <w:trPr>
          <w:cantSplit/>
        </w:trPr>
        <w:tc>
          <w:tcPr>
            <w:tcW w:w="720" w:type="dxa"/>
            <w:shd w:val="clear" w:color="auto" w:fill="F8FAFC"/>
            <w:tcMar>
              <w:top w:w="38" w:type="dxa"/>
              <w:left w:w="90" w:type="dxa"/>
              <w:bottom w:w="38" w:type="dxa"/>
              <w:right w:w="90" w:type="dxa"/>
            </w:tcMar>
            <w:vAlign w:val="center"/>
          </w:tcPr>
          <w:p w14:paraId="01BDEB08" w14:textId="77777777" w:rsidR="00894831" w:rsidRDefault="00421CA7">
            <w:pPr>
              <w:spacing w:after="0" w:line="240" w:lineRule="auto"/>
              <w:jc w:val="center"/>
            </w:pPr>
            <w:r>
              <w:rPr>
                <w:sz w:val="16"/>
              </w:rPr>
              <w:t>6</w:t>
            </w:r>
          </w:p>
        </w:tc>
        <w:tc>
          <w:tcPr>
            <w:tcW w:w="2200" w:type="dxa"/>
            <w:shd w:val="clear" w:color="auto" w:fill="F8FAFC"/>
            <w:tcMar>
              <w:top w:w="38" w:type="dxa"/>
              <w:left w:w="90" w:type="dxa"/>
              <w:bottom w:w="38" w:type="dxa"/>
              <w:right w:w="90" w:type="dxa"/>
            </w:tcMar>
            <w:vAlign w:val="center"/>
          </w:tcPr>
          <w:p w14:paraId="6DEE3B90" w14:textId="77777777" w:rsidR="00894831" w:rsidRDefault="00421CA7">
            <w:pPr>
              <w:spacing w:after="0" w:line="240" w:lineRule="auto"/>
            </w:pPr>
            <w:r>
              <w:rPr>
                <w:sz w:val="16"/>
              </w:rPr>
              <w:t>Assam</w:t>
            </w:r>
          </w:p>
        </w:tc>
        <w:tc>
          <w:tcPr>
            <w:tcW w:w="4100" w:type="dxa"/>
            <w:shd w:val="clear" w:color="auto" w:fill="F8FAFC"/>
            <w:tcMar>
              <w:top w:w="38" w:type="dxa"/>
              <w:left w:w="90" w:type="dxa"/>
              <w:bottom w:w="38" w:type="dxa"/>
              <w:right w:w="90" w:type="dxa"/>
            </w:tcMar>
            <w:vAlign w:val="center"/>
          </w:tcPr>
          <w:p w14:paraId="67700337" w14:textId="77777777" w:rsidR="00894831" w:rsidRDefault="00421CA7">
            <w:pPr>
              <w:spacing w:after="0" w:line="240" w:lineRule="auto"/>
            </w:pPr>
            <w:r>
              <w:rPr>
                <w:sz w:val="16"/>
              </w:rPr>
              <w:t>Guwahati</w:t>
            </w:r>
          </w:p>
        </w:tc>
        <w:tc>
          <w:tcPr>
            <w:tcW w:w="2340" w:type="dxa"/>
            <w:shd w:val="clear" w:color="auto" w:fill="F8FAFC"/>
            <w:tcMar>
              <w:top w:w="38" w:type="dxa"/>
              <w:left w:w="90" w:type="dxa"/>
              <w:bottom w:w="38" w:type="dxa"/>
              <w:right w:w="90" w:type="dxa"/>
            </w:tcMar>
            <w:vAlign w:val="center"/>
          </w:tcPr>
          <w:p w14:paraId="4F384825" w14:textId="77777777" w:rsidR="00894831" w:rsidRDefault="00421CA7">
            <w:pPr>
              <w:spacing w:after="0" w:line="240" w:lineRule="auto"/>
              <w:jc w:val="center"/>
            </w:pPr>
            <w:r>
              <w:rPr>
                <w:sz w:val="16"/>
              </w:rPr>
              <w:t>200</w:t>
            </w:r>
          </w:p>
        </w:tc>
      </w:tr>
      <w:tr w:rsidR="00894831" w14:paraId="3AD9EEF6" w14:textId="77777777">
        <w:trPr>
          <w:cantSplit/>
        </w:trPr>
        <w:tc>
          <w:tcPr>
            <w:tcW w:w="720" w:type="dxa"/>
            <w:tcMar>
              <w:top w:w="38" w:type="dxa"/>
              <w:left w:w="90" w:type="dxa"/>
              <w:bottom w:w="38" w:type="dxa"/>
              <w:right w:w="90" w:type="dxa"/>
            </w:tcMar>
            <w:vAlign w:val="center"/>
          </w:tcPr>
          <w:p w14:paraId="252828CE" w14:textId="77777777" w:rsidR="00894831" w:rsidRDefault="00421CA7">
            <w:pPr>
              <w:spacing w:after="0" w:line="240" w:lineRule="auto"/>
              <w:jc w:val="center"/>
            </w:pPr>
            <w:r>
              <w:rPr>
                <w:sz w:val="16"/>
              </w:rPr>
              <w:t>7</w:t>
            </w:r>
          </w:p>
        </w:tc>
        <w:tc>
          <w:tcPr>
            <w:tcW w:w="2200" w:type="dxa"/>
            <w:tcMar>
              <w:top w:w="38" w:type="dxa"/>
              <w:left w:w="90" w:type="dxa"/>
              <w:bottom w:w="38" w:type="dxa"/>
              <w:right w:w="90" w:type="dxa"/>
            </w:tcMar>
            <w:vAlign w:val="center"/>
          </w:tcPr>
          <w:p w14:paraId="10B21A3D" w14:textId="77777777" w:rsidR="00894831" w:rsidRDefault="00421CA7">
            <w:pPr>
              <w:spacing w:after="0" w:line="240" w:lineRule="auto"/>
            </w:pPr>
            <w:r>
              <w:rPr>
                <w:sz w:val="16"/>
              </w:rPr>
              <w:t>Bihar</w:t>
            </w:r>
          </w:p>
        </w:tc>
        <w:tc>
          <w:tcPr>
            <w:tcW w:w="4100" w:type="dxa"/>
            <w:tcMar>
              <w:top w:w="38" w:type="dxa"/>
              <w:left w:w="90" w:type="dxa"/>
              <w:bottom w:w="38" w:type="dxa"/>
              <w:right w:w="90" w:type="dxa"/>
            </w:tcMar>
            <w:vAlign w:val="center"/>
          </w:tcPr>
          <w:p w14:paraId="1BA560DE" w14:textId="77777777" w:rsidR="00894831" w:rsidRDefault="00421CA7">
            <w:pPr>
              <w:spacing w:after="0" w:line="240" w:lineRule="auto"/>
            </w:pPr>
            <w:r>
              <w:rPr>
                <w:sz w:val="16"/>
              </w:rPr>
              <w:t>Muzaffarpur</w:t>
            </w:r>
          </w:p>
        </w:tc>
        <w:tc>
          <w:tcPr>
            <w:tcW w:w="2340" w:type="dxa"/>
            <w:tcMar>
              <w:top w:w="38" w:type="dxa"/>
              <w:left w:w="90" w:type="dxa"/>
              <w:bottom w:w="38" w:type="dxa"/>
              <w:right w:w="90" w:type="dxa"/>
            </w:tcMar>
            <w:vAlign w:val="center"/>
          </w:tcPr>
          <w:p w14:paraId="3281DBCC" w14:textId="77777777" w:rsidR="00894831" w:rsidRDefault="00421CA7">
            <w:pPr>
              <w:spacing w:after="0" w:line="240" w:lineRule="auto"/>
              <w:jc w:val="center"/>
            </w:pPr>
            <w:r>
              <w:rPr>
                <w:sz w:val="16"/>
              </w:rPr>
              <w:t>300</w:t>
            </w:r>
          </w:p>
        </w:tc>
      </w:tr>
      <w:tr w:rsidR="00894831" w14:paraId="71B3EB03" w14:textId="77777777">
        <w:trPr>
          <w:cantSplit/>
        </w:trPr>
        <w:tc>
          <w:tcPr>
            <w:tcW w:w="720" w:type="dxa"/>
            <w:shd w:val="clear" w:color="auto" w:fill="F8FAFC"/>
            <w:tcMar>
              <w:top w:w="38" w:type="dxa"/>
              <w:left w:w="90" w:type="dxa"/>
              <w:bottom w:w="38" w:type="dxa"/>
              <w:right w:w="90" w:type="dxa"/>
            </w:tcMar>
            <w:vAlign w:val="center"/>
          </w:tcPr>
          <w:p w14:paraId="55B122A4" w14:textId="77777777" w:rsidR="00894831" w:rsidRDefault="00421CA7">
            <w:pPr>
              <w:spacing w:after="0" w:line="240" w:lineRule="auto"/>
              <w:jc w:val="center"/>
            </w:pPr>
            <w:r>
              <w:rPr>
                <w:sz w:val="16"/>
              </w:rPr>
              <w:t>8</w:t>
            </w:r>
          </w:p>
        </w:tc>
        <w:tc>
          <w:tcPr>
            <w:tcW w:w="2200" w:type="dxa"/>
            <w:shd w:val="clear" w:color="auto" w:fill="F8FAFC"/>
            <w:tcMar>
              <w:top w:w="38" w:type="dxa"/>
              <w:left w:w="90" w:type="dxa"/>
              <w:bottom w:w="38" w:type="dxa"/>
              <w:right w:w="90" w:type="dxa"/>
            </w:tcMar>
            <w:vAlign w:val="center"/>
          </w:tcPr>
          <w:p w14:paraId="078ACE2A" w14:textId="77777777" w:rsidR="00894831" w:rsidRDefault="00421CA7">
            <w:pPr>
              <w:spacing w:after="0" w:line="240" w:lineRule="auto"/>
            </w:pPr>
            <w:r>
              <w:rPr>
                <w:sz w:val="16"/>
              </w:rPr>
              <w:t>Bihar</w:t>
            </w:r>
          </w:p>
        </w:tc>
        <w:tc>
          <w:tcPr>
            <w:tcW w:w="4100" w:type="dxa"/>
            <w:shd w:val="clear" w:color="auto" w:fill="F8FAFC"/>
            <w:tcMar>
              <w:top w:w="38" w:type="dxa"/>
              <w:left w:w="90" w:type="dxa"/>
              <w:bottom w:w="38" w:type="dxa"/>
              <w:right w:w="90" w:type="dxa"/>
            </w:tcMar>
            <w:vAlign w:val="center"/>
          </w:tcPr>
          <w:p w14:paraId="7313D9E7" w14:textId="77777777" w:rsidR="00894831" w:rsidRDefault="00421CA7">
            <w:pPr>
              <w:spacing w:after="0" w:line="240" w:lineRule="auto"/>
            </w:pPr>
            <w:r>
              <w:rPr>
                <w:sz w:val="16"/>
              </w:rPr>
              <w:t>Nalanda</w:t>
            </w:r>
          </w:p>
        </w:tc>
        <w:tc>
          <w:tcPr>
            <w:tcW w:w="2340" w:type="dxa"/>
            <w:shd w:val="clear" w:color="auto" w:fill="F8FAFC"/>
            <w:tcMar>
              <w:top w:w="38" w:type="dxa"/>
              <w:left w:w="90" w:type="dxa"/>
              <w:bottom w:w="38" w:type="dxa"/>
              <w:right w:w="90" w:type="dxa"/>
            </w:tcMar>
            <w:vAlign w:val="center"/>
          </w:tcPr>
          <w:p w14:paraId="5B9B590B" w14:textId="77777777" w:rsidR="00894831" w:rsidRDefault="00421CA7">
            <w:pPr>
              <w:spacing w:after="0" w:line="240" w:lineRule="auto"/>
              <w:jc w:val="center"/>
            </w:pPr>
            <w:r>
              <w:rPr>
                <w:sz w:val="16"/>
              </w:rPr>
              <w:t>300</w:t>
            </w:r>
          </w:p>
        </w:tc>
      </w:tr>
      <w:tr w:rsidR="00894831" w14:paraId="6D6F23D5" w14:textId="77777777">
        <w:trPr>
          <w:cantSplit/>
        </w:trPr>
        <w:tc>
          <w:tcPr>
            <w:tcW w:w="720" w:type="dxa"/>
            <w:tcMar>
              <w:top w:w="38" w:type="dxa"/>
              <w:left w:w="90" w:type="dxa"/>
              <w:bottom w:w="38" w:type="dxa"/>
              <w:right w:w="90" w:type="dxa"/>
            </w:tcMar>
            <w:vAlign w:val="center"/>
          </w:tcPr>
          <w:p w14:paraId="1E4BC123" w14:textId="77777777" w:rsidR="00894831" w:rsidRDefault="00421CA7">
            <w:pPr>
              <w:spacing w:after="0" w:line="240" w:lineRule="auto"/>
              <w:jc w:val="center"/>
            </w:pPr>
            <w:r>
              <w:rPr>
                <w:sz w:val="16"/>
              </w:rPr>
              <w:t>9</w:t>
            </w:r>
          </w:p>
        </w:tc>
        <w:tc>
          <w:tcPr>
            <w:tcW w:w="2200" w:type="dxa"/>
            <w:tcMar>
              <w:top w:w="38" w:type="dxa"/>
              <w:left w:w="90" w:type="dxa"/>
              <w:bottom w:w="38" w:type="dxa"/>
              <w:right w:w="90" w:type="dxa"/>
            </w:tcMar>
            <w:vAlign w:val="center"/>
          </w:tcPr>
          <w:p w14:paraId="5B3D16AF" w14:textId="77777777" w:rsidR="00894831" w:rsidRDefault="00421CA7">
            <w:pPr>
              <w:spacing w:after="0" w:line="240" w:lineRule="auto"/>
            </w:pPr>
            <w:r>
              <w:rPr>
                <w:sz w:val="16"/>
              </w:rPr>
              <w:t>Bihar</w:t>
            </w:r>
          </w:p>
        </w:tc>
        <w:tc>
          <w:tcPr>
            <w:tcW w:w="4100" w:type="dxa"/>
            <w:tcMar>
              <w:top w:w="38" w:type="dxa"/>
              <w:left w:w="90" w:type="dxa"/>
              <w:bottom w:w="38" w:type="dxa"/>
              <w:right w:w="90" w:type="dxa"/>
            </w:tcMar>
            <w:vAlign w:val="center"/>
          </w:tcPr>
          <w:p w14:paraId="519C0F8A" w14:textId="77777777" w:rsidR="00894831" w:rsidRDefault="00421CA7">
            <w:pPr>
              <w:spacing w:after="0" w:line="240" w:lineRule="auto"/>
            </w:pPr>
            <w:r>
              <w:rPr>
                <w:sz w:val="16"/>
              </w:rPr>
              <w:t>Patna</w:t>
            </w:r>
          </w:p>
        </w:tc>
        <w:tc>
          <w:tcPr>
            <w:tcW w:w="2340" w:type="dxa"/>
            <w:tcMar>
              <w:top w:w="38" w:type="dxa"/>
              <w:left w:w="90" w:type="dxa"/>
              <w:bottom w:w="38" w:type="dxa"/>
              <w:right w:w="90" w:type="dxa"/>
            </w:tcMar>
            <w:vAlign w:val="center"/>
          </w:tcPr>
          <w:p w14:paraId="6B0D0469" w14:textId="77777777" w:rsidR="00894831" w:rsidRDefault="00421CA7">
            <w:pPr>
              <w:spacing w:after="0" w:line="240" w:lineRule="auto"/>
              <w:jc w:val="center"/>
            </w:pPr>
            <w:r>
              <w:rPr>
                <w:sz w:val="16"/>
              </w:rPr>
              <w:t>300</w:t>
            </w:r>
          </w:p>
        </w:tc>
      </w:tr>
      <w:tr w:rsidR="00894831" w14:paraId="12E1BE3B" w14:textId="77777777">
        <w:trPr>
          <w:cantSplit/>
        </w:trPr>
        <w:tc>
          <w:tcPr>
            <w:tcW w:w="720" w:type="dxa"/>
            <w:shd w:val="clear" w:color="auto" w:fill="F8FAFC"/>
            <w:tcMar>
              <w:top w:w="38" w:type="dxa"/>
              <w:left w:w="90" w:type="dxa"/>
              <w:bottom w:w="38" w:type="dxa"/>
              <w:right w:w="90" w:type="dxa"/>
            </w:tcMar>
            <w:vAlign w:val="center"/>
          </w:tcPr>
          <w:p w14:paraId="5BBE8D9A" w14:textId="77777777" w:rsidR="00894831" w:rsidRDefault="00421CA7">
            <w:pPr>
              <w:spacing w:after="0" w:line="240" w:lineRule="auto"/>
              <w:jc w:val="center"/>
            </w:pPr>
            <w:r>
              <w:rPr>
                <w:sz w:val="16"/>
              </w:rPr>
              <w:t>10</w:t>
            </w:r>
          </w:p>
        </w:tc>
        <w:tc>
          <w:tcPr>
            <w:tcW w:w="2200" w:type="dxa"/>
            <w:shd w:val="clear" w:color="auto" w:fill="F8FAFC"/>
            <w:tcMar>
              <w:top w:w="38" w:type="dxa"/>
              <w:left w:w="90" w:type="dxa"/>
              <w:bottom w:w="38" w:type="dxa"/>
              <w:right w:w="90" w:type="dxa"/>
            </w:tcMar>
            <w:vAlign w:val="center"/>
          </w:tcPr>
          <w:p w14:paraId="384B2416" w14:textId="77777777" w:rsidR="00894831" w:rsidRDefault="00421CA7">
            <w:pPr>
              <w:spacing w:after="0" w:line="240" w:lineRule="auto"/>
            </w:pPr>
            <w:r>
              <w:rPr>
                <w:sz w:val="16"/>
              </w:rPr>
              <w:t>Haryana + Chandigarh</w:t>
            </w:r>
          </w:p>
        </w:tc>
        <w:tc>
          <w:tcPr>
            <w:tcW w:w="4100" w:type="dxa"/>
            <w:shd w:val="clear" w:color="auto" w:fill="F8FAFC"/>
            <w:tcMar>
              <w:top w:w="38" w:type="dxa"/>
              <w:left w:w="90" w:type="dxa"/>
              <w:bottom w:w="38" w:type="dxa"/>
              <w:right w:w="90" w:type="dxa"/>
            </w:tcMar>
            <w:vAlign w:val="center"/>
          </w:tcPr>
          <w:p w14:paraId="35B44359" w14:textId="77777777" w:rsidR="00894831" w:rsidRDefault="00421CA7">
            <w:pPr>
              <w:spacing w:after="0" w:line="240" w:lineRule="auto"/>
            </w:pPr>
            <w:r>
              <w:rPr>
                <w:sz w:val="16"/>
              </w:rPr>
              <w:t>Chandigarh</w:t>
            </w:r>
          </w:p>
        </w:tc>
        <w:tc>
          <w:tcPr>
            <w:tcW w:w="2340" w:type="dxa"/>
            <w:shd w:val="clear" w:color="auto" w:fill="F8FAFC"/>
            <w:tcMar>
              <w:top w:w="38" w:type="dxa"/>
              <w:left w:w="90" w:type="dxa"/>
              <w:bottom w:w="38" w:type="dxa"/>
              <w:right w:w="90" w:type="dxa"/>
            </w:tcMar>
            <w:vAlign w:val="center"/>
          </w:tcPr>
          <w:p w14:paraId="5F8881A0" w14:textId="77777777" w:rsidR="00894831" w:rsidRDefault="00421CA7">
            <w:pPr>
              <w:spacing w:after="0" w:line="240" w:lineRule="auto"/>
              <w:jc w:val="center"/>
            </w:pPr>
            <w:r>
              <w:rPr>
                <w:sz w:val="16"/>
              </w:rPr>
              <w:t>250</w:t>
            </w:r>
          </w:p>
        </w:tc>
      </w:tr>
      <w:tr w:rsidR="00894831" w14:paraId="006543E6" w14:textId="77777777">
        <w:trPr>
          <w:cantSplit/>
        </w:trPr>
        <w:tc>
          <w:tcPr>
            <w:tcW w:w="720" w:type="dxa"/>
            <w:tcMar>
              <w:top w:w="38" w:type="dxa"/>
              <w:left w:w="90" w:type="dxa"/>
              <w:bottom w:w="38" w:type="dxa"/>
              <w:right w:w="90" w:type="dxa"/>
            </w:tcMar>
            <w:vAlign w:val="center"/>
          </w:tcPr>
          <w:p w14:paraId="794B8E82" w14:textId="77777777" w:rsidR="00894831" w:rsidRDefault="00421CA7">
            <w:pPr>
              <w:spacing w:after="0" w:line="240" w:lineRule="auto"/>
              <w:jc w:val="center"/>
            </w:pPr>
            <w:r>
              <w:rPr>
                <w:sz w:val="16"/>
              </w:rPr>
              <w:t>11</w:t>
            </w:r>
          </w:p>
        </w:tc>
        <w:tc>
          <w:tcPr>
            <w:tcW w:w="2200" w:type="dxa"/>
            <w:tcMar>
              <w:top w:w="38" w:type="dxa"/>
              <w:left w:w="90" w:type="dxa"/>
              <w:bottom w:w="38" w:type="dxa"/>
              <w:right w:w="90" w:type="dxa"/>
            </w:tcMar>
            <w:vAlign w:val="center"/>
          </w:tcPr>
          <w:p w14:paraId="62A71074" w14:textId="77777777" w:rsidR="00894831" w:rsidRDefault="00421CA7">
            <w:pPr>
              <w:spacing w:after="0" w:line="240" w:lineRule="auto"/>
            </w:pPr>
            <w:r>
              <w:rPr>
                <w:sz w:val="16"/>
              </w:rPr>
              <w:t>Haryana + Chandigarh</w:t>
            </w:r>
          </w:p>
        </w:tc>
        <w:tc>
          <w:tcPr>
            <w:tcW w:w="4100" w:type="dxa"/>
            <w:tcMar>
              <w:top w:w="38" w:type="dxa"/>
              <w:left w:w="90" w:type="dxa"/>
              <w:bottom w:w="38" w:type="dxa"/>
              <w:right w:w="90" w:type="dxa"/>
            </w:tcMar>
            <w:vAlign w:val="center"/>
          </w:tcPr>
          <w:p w14:paraId="3E2F1C77" w14:textId="77777777" w:rsidR="00894831" w:rsidRDefault="00421CA7">
            <w:pPr>
              <w:spacing w:after="0" w:line="240" w:lineRule="auto"/>
            </w:pPr>
            <w:r>
              <w:rPr>
                <w:sz w:val="16"/>
              </w:rPr>
              <w:t>Gurugram + Faridabad</w:t>
            </w:r>
          </w:p>
        </w:tc>
        <w:tc>
          <w:tcPr>
            <w:tcW w:w="2340" w:type="dxa"/>
            <w:tcMar>
              <w:top w:w="38" w:type="dxa"/>
              <w:left w:w="90" w:type="dxa"/>
              <w:bottom w:w="38" w:type="dxa"/>
              <w:right w:w="90" w:type="dxa"/>
            </w:tcMar>
            <w:vAlign w:val="center"/>
          </w:tcPr>
          <w:p w14:paraId="3063D168" w14:textId="77777777" w:rsidR="00894831" w:rsidRDefault="00421CA7">
            <w:pPr>
              <w:spacing w:after="0" w:line="240" w:lineRule="auto"/>
              <w:jc w:val="center"/>
            </w:pPr>
            <w:r>
              <w:rPr>
                <w:sz w:val="16"/>
              </w:rPr>
              <w:t>210</w:t>
            </w:r>
          </w:p>
        </w:tc>
      </w:tr>
      <w:tr w:rsidR="00894831" w14:paraId="5F46A416" w14:textId="77777777">
        <w:trPr>
          <w:cantSplit/>
        </w:trPr>
        <w:tc>
          <w:tcPr>
            <w:tcW w:w="720" w:type="dxa"/>
            <w:shd w:val="clear" w:color="auto" w:fill="F8FAFC"/>
            <w:tcMar>
              <w:top w:w="38" w:type="dxa"/>
              <w:left w:w="90" w:type="dxa"/>
              <w:bottom w:w="38" w:type="dxa"/>
              <w:right w:w="90" w:type="dxa"/>
            </w:tcMar>
            <w:vAlign w:val="center"/>
          </w:tcPr>
          <w:p w14:paraId="47EA7C1C" w14:textId="77777777" w:rsidR="00894831" w:rsidRDefault="00421CA7">
            <w:pPr>
              <w:spacing w:after="0" w:line="240" w:lineRule="auto"/>
              <w:jc w:val="center"/>
            </w:pPr>
            <w:r>
              <w:rPr>
                <w:sz w:val="16"/>
              </w:rPr>
              <w:t>12</w:t>
            </w:r>
          </w:p>
        </w:tc>
        <w:tc>
          <w:tcPr>
            <w:tcW w:w="2200" w:type="dxa"/>
            <w:shd w:val="clear" w:color="auto" w:fill="F8FAFC"/>
            <w:tcMar>
              <w:top w:w="38" w:type="dxa"/>
              <w:left w:w="90" w:type="dxa"/>
              <w:bottom w:w="38" w:type="dxa"/>
              <w:right w:w="90" w:type="dxa"/>
            </w:tcMar>
            <w:vAlign w:val="center"/>
          </w:tcPr>
          <w:p w14:paraId="09A828CD" w14:textId="77777777" w:rsidR="00894831" w:rsidRDefault="00421CA7">
            <w:pPr>
              <w:spacing w:after="0" w:line="240" w:lineRule="auto"/>
            </w:pPr>
            <w:r>
              <w:rPr>
                <w:sz w:val="16"/>
              </w:rPr>
              <w:t>Haryana + Chandigarh</w:t>
            </w:r>
          </w:p>
        </w:tc>
        <w:tc>
          <w:tcPr>
            <w:tcW w:w="4100" w:type="dxa"/>
            <w:shd w:val="clear" w:color="auto" w:fill="F8FAFC"/>
            <w:tcMar>
              <w:top w:w="38" w:type="dxa"/>
              <w:left w:w="90" w:type="dxa"/>
              <w:bottom w:w="38" w:type="dxa"/>
              <w:right w:w="90" w:type="dxa"/>
            </w:tcMar>
            <w:vAlign w:val="center"/>
          </w:tcPr>
          <w:p w14:paraId="1331EE2F" w14:textId="77777777" w:rsidR="00894831" w:rsidRDefault="00421CA7">
            <w:pPr>
              <w:spacing w:after="0" w:line="240" w:lineRule="auto"/>
            </w:pPr>
            <w:r>
              <w:rPr>
                <w:sz w:val="16"/>
              </w:rPr>
              <w:t>Kurukshetra</w:t>
            </w:r>
          </w:p>
        </w:tc>
        <w:tc>
          <w:tcPr>
            <w:tcW w:w="2340" w:type="dxa"/>
            <w:shd w:val="clear" w:color="auto" w:fill="F8FAFC"/>
            <w:tcMar>
              <w:top w:w="38" w:type="dxa"/>
              <w:left w:w="90" w:type="dxa"/>
              <w:bottom w:w="38" w:type="dxa"/>
              <w:right w:w="90" w:type="dxa"/>
            </w:tcMar>
            <w:vAlign w:val="center"/>
          </w:tcPr>
          <w:p w14:paraId="7D8B2CE7" w14:textId="77777777" w:rsidR="00894831" w:rsidRDefault="00421CA7">
            <w:pPr>
              <w:spacing w:after="0" w:line="240" w:lineRule="auto"/>
              <w:jc w:val="center"/>
            </w:pPr>
            <w:r>
              <w:rPr>
                <w:sz w:val="16"/>
              </w:rPr>
              <w:t>210</w:t>
            </w:r>
          </w:p>
        </w:tc>
      </w:tr>
      <w:tr w:rsidR="00894831" w14:paraId="281A2A43" w14:textId="77777777">
        <w:trPr>
          <w:cantSplit/>
        </w:trPr>
        <w:tc>
          <w:tcPr>
            <w:tcW w:w="720" w:type="dxa"/>
            <w:tcMar>
              <w:top w:w="38" w:type="dxa"/>
              <w:left w:w="90" w:type="dxa"/>
              <w:bottom w:w="38" w:type="dxa"/>
              <w:right w:w="90" w:type="dxa"/>
            </w:tcMar>
            <w:vAlign w:val="center"/>
          </w:tcPr>
          <w:p w14:paraId="3411B7BC" w14:textId="77777777" w:rsidR="00894831" w:rsidRDefault="00421CA7">
            <w:pPr>
              <w:spacing w:after="0" w:line="240" w:lineRule="auto"/>
              <w:jc w:val="center"/>
            </w:pPr>
            <w:r>
              <w:rPr>
                <w:sz w:val="16"/>
              </w:rPr>
              <w:t>13</w:t>
            </w:r>
          </w:p>
        </w:tc>
        <w:tc>
          <w:tcPr>
            <w:tcW w:w="2200" w:type="dxa"/>
            <w:tcMar>
              <w:top w:w="38" w:type="dxa"/>
              <w:left w:w="90" w:type="dxa"/>
              <w:bottom w:w="38" w:type="dxa"/>
              <w:right w:w="90" w:type="dxa"/>
            </w:tcMar>
            <w:vAlign w:val="center"/>
          </w:tcPr>
          <w:p w14:paraId="26C275AC" w14:textId="77777777" w:rsidR="00894831" w:rsidRDefault="00421CA7">
            <w:pPr>
              <w:spacing w:after="0" w:line="240" w:lineRule="auto"/>
            </w:pPr>
            <w:r>
              <w:rPr>
                <w:sz w:val="16"/>
              </w:rPr>
              <w:t>Goa</w:t>
            </w:r>
          </w:p>
        </w:tc>
        <w:tc>
          <w:tcPr>
            <w:tcW w:w="4100" w:type="dxa"/>
            <w:tcMar>
              <w:top w:w="38" w:type="dxa"/>
              <w:left w:w="90" w:type="dxa"/>
              <w:bottom w:w="38" w:type="dxa"/>
              <w:right w:w="90" w:type="dxa"/>
            </w:tcMar>
            <w:vAlign w:val="center"/>
          </w:tcPr>
          <w:p w14:paraId="0D29212D" w14:textId="77777777" w:rsidR="00894831" w:rsidRDefault="00421CA7">
            <w:pPr>
              <w:spacing w:after="0" w:line="240" w:lineRule="auto"/>
            </w:pPr>
            <w:r>
              <w:rPr>
                <w:sz w:val="16"/>
              </w:rPr>
              <w:t>Panaji</w:t>
            </w:r>
          </w:p>
        </w:tc>
        <w:tc>
          <w:tcPr>
            <w:tcW w:w="2340" w:type="dxa"/>
            <w:tcMar>
              <w:top w:w="38" w:type="dxa"/>
              <w:left w:w="90" w:type="dxa"/>
              <w:bottom w:w="38" w:type="dxa"/>
              <w:right w:w="90" w:type="dxa"/>
            </w:tcMar>
            <w:vAlign w:val="center"/>
          </w:tcPr>
          <w:p w14:paraId="7DEA7F14" w14:textId="77777777" w:rsidR="00894831" w:rsidRDefault="00421CA7">
            <w:pPr>
              <w:spacing w:after="0" w:line="240" w:lineRule="auto"/>
              <w:jc w:val="center"/>
            </w:pPr>
            <w:r>
              <w:rPr>
                <w:sz w:val="16"/>
              </w:rPr>
              <w:t>300</w:t>
            </w:r>
          </w:p>
        </w:tc>
      </w:tr>
      <w:tr w:rsidR="00894831" w14:paraId="049CE39D" w14:textId="77777777">
        <w:trPr>
          <w:cantSplit/>
        </w:trPr>
        <w:tc>
          <w:tcPr>
            <w:tcW w:w="720" w:type="dxa"/>
            <w:shd w:val="clear" w:color="auto" w:fill="F8FAFC"/>
            <w:tcMar>
              <w:top w:w="38" w:type="dxa"/>
              <w:left w:w="90" w:type="dxa"/>
              <w:bottom w:w="38" w:type="dxa"/>
              <w:right w:w="90" w:type="dxa"/>
            </w:tcMar>
            <w:vAlign w:val="center"/>
          </w:tcPr>
          <w:p w14:paraId="0ED419E5" w14:textId="77777777" w:rsidR="00894831" w:rsidRDefault="00421CA7">
            <w:pPr>
              <w:spacing w:after="0" w:line="240" w:lineRule="auto"/>
              <w:jc w:val="center"/>
            </w:pPr>
            <w:r>
              <w:rPr>
                <w:sz w:val="16"/>
              </w:rPr>
              <w:t>14</w:t>
            </w:r>
          </w:p>
        </w:tc>
        <w:tc>
          <w:tcPr>
            <w:tcW w:w="2200" w:type="dxa"/>
            <w:shd w:val="clear" w:color="auto" w:fill="F8FAFC"/>
            <w:tcMar>
              <w:top w:w="38" w:type="dxa"/>
              <w:left w:w="90" w:type="dxa"/>
              <w:bottom w:w="38" w:type="dxa"/>
              <w:right w:w="90" w:type="dxa"/>
            </w:tcMar>
            <w:vAlign w:val="center"/>
          </w:tcPr>
          <w:p w14:paraId="79F21997" w14:textId="77777777" w:rsidR="00894831" w:rsidRDefault="00421CA7">
            <w:pPr>
              <w:spacing w:after="0" w:line="240" w:lineRule="auto"/>
            </w:pPr>
            <w:r>
              <w:rPr>
                <w:sz w:val="16"/>
              </w:rPr>
              <w:t>Karnataka</w:t>
            </w:r>
          </w:p>
        </w:tc>
        <w:tc>
          <w:tcPr>
            <w:tcW w:w="4100" w:type="dxa"/>
            <w:shd w:val="clear" w:color="auto" w:fill="F8FAFC"/>
            <w:tcMar>
              <w:top w:w="38" w:type="dxa"/>
              <w:left w:w="90" w:type="dxa"/>
              <w:bottom w:w="38" w:type="dxa"/>
              <w:right w:w="90" w:type="dxa"/>
            </w:tcMar>
            <w:vAlign w:val="center"/>
          </w:tcPr>
          <w:p w14:paraId="57CCA6EC" w14:textId="77777777" w:rsidR="00894831" w:rsidRDefault="00421CA7">
            <w:pPr>
              <w:spacing w:after="0" w:line="240" w:lineRule="auto"/>
            </w:pPr>
            <w:r>
              <w:rPr>
                <w:sz w:val="16"/>
              </w:rPr>
              <w:t>Hubballi-Dharwad</w:t>
            </w:r>
          </w:p>
        </w:tc>
        <w:tc>
          <w:tcPr>
            <w:tcW w:w="2340" w:type="dxa"/>
            <w:shd w:val="clear" w:color="auto" w:fill="F8FAFC"/>
            <w:tcMar>
              <w:top w:w="38" w:type="dxa"/>
              <w:left w:w="90" w:type="dxa"/>
              <w:bottom w:w="38" w:type="dxa"/>
              <w:right w:w="90" w:type="dxa"/>
            </w:tcMar>
            <w:vAlign w:val="center"/>
          </w:tcPr>
          <w:p w14:paraId="612C8951" w14:textId="77777777" w:rsidR="00894831" w:rsidRDefault="00421CA7">
            <w:pPr>
              <w:spacing w:after="0" w:line="240" w:lineRule="auto"/>
              <w:jc w:val="center"/>
            </w:pPr>
            <w:r>
              <w:rPr>
                <w:sz w:val="16"/>
              </w:rPr>
              <w:t>300</w:t>
            </w:r>
          </w:p>
        </w:tc>
      </w:tr>
      <w:tr w:rsidR="00894831" w14:paraId="69200B52" w14:textId="77777777">
        <w:trPr>
          <w:cantSplit/>
        </w:trPr>
        <w:tc>
          <w:tcPr>
            <w:tcW w:w="720" w:type="dxa"/>
            <w:tcMar>
              <w:top w:w="38" w:type="dxa"/>
              <w:left w:w="90" w:type="dxa"/>
              <w:bottom w:w="38" w:type="dxa"/>
              <w:right w:w="90" w:type="dxa"/>
            </w:tcMar>
            <w:vAlign w:val="center"/>
          </w:tcPr>
          <w:p w14:paraId="11D4A2D4" w14:textId="77777777" w:rsidR="00894831" w:rsidRDefault="00421CA7">
            <w:pPr>
              <w:spacing w:after="0" w:line="240" w:lineRule="auto"/>
              <w:jc w:val="center"/>
            </w:pPr>
            <w:r>
              <w:rPr>
                <w:sz w:val="16"/>
              </w:rPr>
              <w:t>15</w:t>
            </w:r>
          </w:p>
        </w:tc>
        <w:tc>
          <w:tcPr>
            <w:tcW w:w="2200" w:type="dxa"/>
            <w:tcMar>
              <w:top w:w="38" w:type="dxa"/>
              <w:left w:w="90" w:type="dxa"/>
              <w:bottom w:w="38" w:type="dxa"/>
              <w:right w:w="90" w:type="dxa"/>
            </w:tcMar>
            <w:vAlign w:val="center"/>
          </w:tcPr>
          <w:p w14:paraId="2577599D" w14:textId="77777777" w:rsidR="00894831" w:rsidRDefault="00421CA7">
            <w:pPr>
              <w:spacing w:after="0" w:line="240" w:lineRule="auto"/>
            </w:pPr>
            <w:r>
              <w:rPr>
                <w:sz w:val="16"/>
              </w:rPr>
              <w:t>Karnataka</w:t>
            </w:r>
          </w:p>
        </w:tc>
        <w:tc>
          <w:tcPr>
            <w:tcW w:w="4100" w:type="dxa"/>
            <w:tcMar>
              <w:top w:w="38" w:type="dxa"/>
              <w:left w:w="90" w:type="dxa"/>
              <w:bottom w:w="38" w:type="dxa"/>
              <w:right w:w="90" w:type="dxa"/>
            </w:tcMar>
            <w:vAlign w:val="center"/>
          </w:tcPr>
          <w:p w14:paraId="6EB59128" w14:textId="77777777" w:rsidR="00894831" w:rsidRDefault="00421CA7">
            <w:pPr>
              <w:spacing w:after="0" w:line="240" w:lineRule="auto"/>
            </w:pPr>
            <w:r>
              <w:rPr>
                <w:sz w:val="16"/>
              </w:rPr>
              <w:t>Mysuru</w:t>
            </w:r>
          </w:p>
        </w:tc>
        <w:tc>
          <w:tcPr>
            <w:tcW w:w="2340" w:type="dxa"/>
            <w:tcMar>
              <w:top w:w="38" w:type="dxa"/>
              <w:left w:w="90" w:type="dxa"/>
              <w:bottom w:w="38" w:type="dxa"/>
              <w:right w:w="90" w:type="dxa"/>
            </w:tcMar>
            <w:vAlign w:val="center"/>
          </w:tcPr>
          <w:p w14:paraId="468EA36B" w14:textId="77777777" w:rsidR="00894831" w:rsidRDefault="00421CA7">
            <w:pPr>
              <w:spacing w:after="0" w:line="240" w:lineRule="auto"/>
              <w:jc w:val="center"/>
            </w:pPr>
            <w:r>
              <w:rPr>
                <w:sz w:val="16"/>
              </w:rPr>
              <w:t>300</w:t>
            </w:r>
          </w:p>
        </w:tc>
      </w:tr>
      <w:tr w:rsidR="00894831" w14:paraId="25F73C76" w14:textId="77777777">
        <w:trPr>
          <w:cantSplit/>
        </w:trPr>
        <w:tc>
          <w:tcPr>
            <w:tcW w:w="720" w:type="dxa"/>
            <w:shd w:val="clear" w:color="auto" w:fill="F8FAFC"/>
            <w:tcMar>
              <w:top w:w="38" w:type="dxa"/>
              <w:left w:w="90" w:type="dxa"/>
              <w:bottom w:w="38" w:type="dxa"/>
              <w:right w:w="90" w:type="dxa"/>
            </w:tcMar>
            <w:vAlign w:val="center"/>
          </w:tcPr>
          <w:p w14:paraId="0D5F459F" w14:textId="77777777" w:rsidR="00894831" w:rsidRDefault="00421CA7">
            <w:pPr>
              <w:spacing w:after="0" w:line="240" w:lineRule="auto"/>
              <w:jc w:val="center"/>
            </w:pPr>
            <w:r>
              <w:rPr>
                <w:sz w:val="16"/>
              </w:rPr>
              <w:t>16</w:t>
            </w:r>
          </w:p>
        </w:tc>
        <w:tc>
          <w:tcPr>
            <w:tcW w:w="2200" w:type="dxa"/>
            <w:shd w:val="clear" w:color="auto" w:fill="F8FAFC"/>
            <w:tcMar>
              <w:top w:w="38" w:type="dxa"/>
              <w:left w:w="90" w:type="dxa"/>
              <w:bottom w:w="38" w:type="dxa"/>
              <w:right w:w="90" w:type="dxa"/>
            </w:tcMar>
            <w:vAlign w:val="center"/>
          </w:tcPr>
          <w:p w14:paraId="1AFEAFC4" w14:textId="77777777" w:rsidR="00894831" w:rsidRDefault="00421CA7">
            <w:pPr>
              <w:spacing w:after="0" w:line="240" w:lineRule="auto"/>
            </w:pPr>
            <w:r>
              <w:rPr>
                <w:sz w:val="16"/>
              </w:rPr>
              <w:t>Karnataka</w:t>
            </w:r>
          </w:p>
        </w:tc>
        <w:tc>
          <w:tcPr>
            <w:tcW w:w="4100" w:type="dxa"/>
            <w:shd w:val="clear" w:color="auto" w:fill="F8FAFC"/>
            <w:tcMar>
              <w:top w:w="38" w:type="dxa"/>
              <w:left w:w="90" w:type="dxa"/>
              <w:bottom w:w="38" w:type="dxa"/>
              <w:right w:w="90" w:type="dxa"/>
            </w:tcMar>
            <w:vAlign w:val="center"/>
          </w:tcPr>
          <w:p w14:paraId="37A9C539" w14:textId="77777777" w:rsidR="00894831" w:rsidRDefault="00421CA7">
            <w:pPr>
              <w:spacing w:after="0" w:line="240" w:lineRule="auto"/>
            </w:pPr>
            <w:r>
              <w:rPr>
                <w:sz w:val="16"/>
              </w:rPr>
              <w:t>Bengaluru</w:t>
            </w:r>
          </w:p>
        </w:tc>
        <w:tc>
          <w:tcPr>
            <w:tcW w:w="2340" w:type="dxa"/>
            <w:shd w:val="clear" w:color="auto" w:fill="F8FAFC"/>
            <w:tcMar>
              <w:top w:w="38" w:type="dxa"/>
              <w:left w:w="90" w:type="dxa"/>
              <w:bottom w:w="38" w:type="dxa"/>
              <w:right w:w="90" w:type="dxa"/>
            </w:tcMar>
            <w:vAlign w:val="center"/>
          </w:tcPr>
          <w:p w14:paraId="06FFFF71" w14:textId="77777777" w:rsidR="00894831" w:rsidRDefault="00421CA7">
            <w:pPr>
              <w:spacing w:after="0" w:line="240" w:lineRule="auto"/>
              <w:jc w:val="center"/>
            </w:pPr>
            <w:r>
              <w:rPr>
                <w:sz w:val="16"/>
              </w:rPr>
              <w:t>300</w:t>
            </w:r>
          </w:p>
        </w:tc>
      </w:tr>
      <w:tr w:rsidR="00894831" w14:paraId="6AC2D74E" w14:textId="77777777">
        <w:trPr>
          <w:cantSplit/>
        </w:trPr>
        <w:tc>
          <w:tcPr>
            <w:tcW w:w="720" w:type="dxa"/>
            <w:tcMar>
              <w:top w:w="38" w:type="dxa"/>
              <w:left w:w="90" w:type="dxa"/>
              <w:bottom w:w="38" w:type="dxa"/>
              <w:right w:w="90" w:type="dxa"/>
            </w:tcMar>
            <w:vAlign w:val="center"/>
          </w:tcPr>
          <w:p w14:paraId="18D74D5E" w14:textId="77777777" w:rsidR="00894831" w:rsidRDefault="00421CA7">
            <w:pPr>
              <w:spacing w:after="0" w:line="240" w:lineRule="auto"/>
              <w:jc w:val="center"/>
            </w:pPr>
            <w:r>
              <w:rPr>
                <w:sz w:val="16"/>
              </w:rPr>
              <w:t>17</w:t>
            </w:r>
          </w:p>
        </w:tc>
        <w:tc>
          <w:tcPr>
            <w:tcW w:w="2200" w:type="dxa"/>
            <w:tcMar>
              <w:top w:w="38" w:type="dxa"/>
              <w:left w:w="90" w:type="dxa"/>
              <w:bottom w:w="38" w:type="dxa"/>
              <w:right w:w="90" w:type="dxa"/>
            </w:tcMar>
            <w:vAlign w:val="center"/>
          </w:tcPr>
          <w:p w14:paraId="16BFC21A" w14:textId="77777777" w:rsidR="00894831" w:rsidRDefault="00421CA7">
            <w:pPr>
              <w:spacing w:after="0" w:line="240" w:lineRule="auto"/>
            </w:pPr>
            <w:r>
              <w:rPr>
                <w:sz w:val="16"/>
              </w:rPr>
              <w:t>Madhya Pradesh</w:t>
            </w:r>
          </w:p>
        </w:tc>
        <w:tc>
          <w:tcPr>
            <w:tcW w:w="4100" w:type="dxa"/>
            <w:tcMar>
              <w:top w:w="38" w:type="dxa"/>
              <w:left w:w="90" w:type="dxa"/>
              <w:bottom w:w="38" w:type="dxa"/>
              <w:right w:w="90" w:type="dxa"/>
            </w:tcMar>
            <w:vAlign w:val="center"/>
          </w:tcPr>
          <w:p w14:paraId="558626B3" w14:textId="77777777" w:rsidR="00894831" w:rsidRDefault="00421CA7">
            <w:pPr>
              <w:spacing w:after="0" w:line="240" w:lineRule="auto"/>
            </w:pPr>
            <w:r>
              <w:rPr>
                <w:sz w:val="16"/>
              </w:rPr>
              <w:t>Bhopal</w:t>
            </w:r>
          </w:p>
        </w:tc>
        <w:tc>
          <w:tcPr>
            <w:tcW w:w="2340" w:type="dxa"/>
            <w:tcMar>
              <w:top w:w="38" w:type="dxa"/>
              <w:left w:w="90" w:type="dxa"/>
              <w:bottom w:w="38" w:type="dxa"/>
              <w:right w:w="90" w:type="dxa"/>
            </w:tcMar>
            <w:vAlign w:val="center"/>
          </w:tcPr>
          <w:p w14:paraId="16879744" w14:textId="77777777" w:rsidR="00894831" w:rsidRDefault="00421CA7">
            <w:pPr>
              <w:spacing w:after="0" w:line="240" w:lineRule="auto"/>
              <w:jc w:val="center"/>
            </w:pPr>
            <w:r>
              <w:rPr>
                <w:sz w:val="16"/>
              </w:rPr>
              <w:t>300</w:t>
            </w:r>
          </w:p>
        </w:tc>
      </w:tr>
      <w:tr w:rsidR="00894831" w14:paraId="67F0E28A" w14:textId="77777777">
        <w:trPr>
          <w:cantSplit/>
        </w:trPr>
        <w:tc>
          <w:tcPr>
            <w:tcW w:w="720" w:type="dxa"/>
            <w:shd w:val="clear" w:color="auto" w:fill="F8FAFC"/>
            <w:tcMar>
              <w:top w:w="38" w:type="dxa"/>
              <w:left w:w="90" w:type="dxa"/>
              <w:bottom w:w="38" w:type="dxa"/>
              <w:right w:w="90" w:type="dxa"/>
            </w:tcMar>
            <w:vAlign w:val="center"/>
          </w:tcPr>
          <w:p w14:paraId="4FCAAFBD" w14:textId="77777777" w:rsidR="00894831" w:rsidRDefault="00421CA7">
            <w:pPr>
              <w:spacing w:after="0" w:line="240" w:lineRule="auto"/>
              <w:jc w:val="center"/>
            </w:pPr>
            <w:r>
              <w:rPr>
                <w:sz w:val="16"/>
              </w:rPr>
              <w:t>18</w:t>
            </w:r>
          </w:p>
        </w:tc>
        <w:tc>
          <w:tcPr>
            <w:tcW w:w="2200" w:type="dxa"/>
            <w:shd w:val="clear" w:color="auto" w:fill="F8FAFC"/>
            <w:tcMar>
              <w:top w:w="38" w:type="dxa"/>
              <w:left w:w="90" w:type="dxa"/>
              <w:bottom w:w="38" w:type="dxa"/>
              <w:right w:w="90" w:type="dxa"/>
            </w:tcMar>
            <w:vAlign w:val="center"/>
          </w:tcPr>
          <w:p w14:paraId="2DC4CEC9" w14:textId="77777777" w:rsidR="00894831" w:rsidRDefault="00421CA7">
            <w:pPr>
              <w:spacing w:after="0" w:line="240" w:lineRule="auto"/>
            </w:pPr>
            <w:r>
              <w:rPr>
                <w:sz w:val="16"/>
              </w:rPr>
              <w:t>Madhya Pradesh</w:t>
            </w:r>
          </w:p>
        </w:tc>
        <w:tc>
          <w:tcPr>
            <w:tcW w:w="4100" w:type="dxa"/>
            <w:shd w:val="clear" w:color="auto" w:fill="F8FAFC"/>
            <w:tcMar>
              <w:top w:w="38" w:type="dxa"/>
              <w:left w:w="90" w:type="dxa"/>
              <w:bottom w:w="38" w:type="dxa"/>
              <w:right w:w="90" w:type="dxa"/>
            </w:tcMar>
            <w:vAlign w:val="center"/>
          </w:tcPr>
          <w:p w14:paraId="723DC8C9" w14:textId="77777777" w:rsidR="00894831" w:rsidRDefault="00421CA7">
            <w:pPr>
              <w:spacing w:after="0" w:line="240" w:lineRule="auto"/>
            </w:pPr>
            <w:r>
              <w:rPr>
                <w:sz w:val="16"/>
              </w:rPr>
              <w:t>Satna</w:t>
            </w:r>
          </w:p>
        </w:tc>
        <w:tc>
          <w:tcPr>
            <w:tcW w:w="2340" w:type="dxa"/>
            <w:shd w:val="clear" w:color="auto" w:fill="F8FAFC"/>
            <w:tcMar>
              <w:top w:w="38" w:type="dxa"/>
              <w:left w:w="90" w:type="dxa"/>
              <w:bottom w:w="38" w:type="dxa"/>
              <w:right w:w="90" w:type="dxa"/>
            </w:tcMar>
            <w:vAlign w:val="center"/>
          </w:tcPr>
          <w:p w14:paraId="474CCA12" w14:textId="77777777" w:rsidR="00894831" w:rsidRDefault="00421CA7">
            <w:pPr>
              <w:spacing w:after="0" w:line="240" w:lineRule="auto"/>
              <w:jc w:val="center"/>
            </w:pPr>
            <w:r>
              <w:rPr>
                <w:sz w:val="16"/>
              </w:rPr>
              <w:t>300</w:t>
            </w:r>
          </w:p>
        </w:tc>
      </w:tr>
      <w:tr w:rsidR="00894831" w14:paraId="7E48AC96" w14:textId="77777777">
        <w:trPr>
          <w:cantSplit/>
        </w:trPr>
        <w:tc>
          <w:tcPr>
            <w:tcW w:w="720" w:type="dxa"/>
            <w:tcMar>
              <w:top w:w="38" w:type="dxa"/>
              <w:left w:w="90" w:type="dxa"/>
              <w:bottom w:w="38" w:type="dxa"/>
              <w:right w:w="90" w:type="dxa"/>
            </w:tcMar>
            <w:vAlign w:val="center"/>
          </w:tcPr>
          <w:p w14:paraId="1F2FA559" w14:textId="77777777" w:rsidR="00894831" w:rsidRDefault="00421CA7">
            <w:pPr>
              <w:spacing w:after="0" w:line="240" w:lineRule="auto"/>
              <w:jc w:val="center"/>
            </w:pPr>
            <w:r>
              <w:rPr>
                <w:sz w:val="16"/>
              </w:rPr>
              <w:t>19</w:t>
            </w:r>
          </w:p>
        </w:tc>
        <w:tc>
          <w:tcPr>
            <w:tcW w:w="2200" w:type="dxa"/>
            <w:tcMar>
              <w:top w:w="38" w:type="dxa"/>
              <w:left w:w="90" w:type="dxa"/>
              <w:bottom w:w="38" w:type="dxa"/>
              <w:right w:w="90" w:type="dxa"/>
            </w:tcMar>
            <w:vAlign w:val="center"/>
          </w:tcPr>
          <w:p w14:paraId="01E6F950" w14:textId="77777777" w:rsidR="00894831" w:rsidRDefault="00421CA7">
            <w:pPr>
              <w:spacing w:after="0" w:line="240" w:lineRule="auto"/>
            </w:pPr>
            <w:r>
              <w:rPr>
                <w:sz w:val="16"/>
              </w:rPr>
              <w:t>Madhya Pradesh</w:t>
            </w:r>
          </w:p>
        </w:tc>
        <w:tc>
          <w:tcPr>
            <w:tcW w:w="4100" w:type="dxa"/>
            <w:tcMar>
              <w:top w:w="38" w:type="dxa"/>
              <w:left w:w="90" w:type="dxa"/>
              <w:bottom w:w="38" w:type="dxa"/>
              <w:right w:w="90" w:type="dxa"/>
            </w:tcMar>
            <w:vAlign w:val="center"/>
          </w:tcPr>
          <w:p w14:paraId="14F72B76" w14:textId="77777777" w:rsidR="00894831" w:rsidRDefault="00421CA7">
            <w:pPr>
              <w:spacing w:after="0" w:line="240" w:lineRule="auto"/>
            </w:pPr>
            <w:r>
              <w:rPr>
                <w:sz w:val="16"/>
              </w:rPr>
              <w:t>Indore</w:t>
            </w:r>
          </w:p>
        </w:tc>
        <w:tc>
          <w:tcPr>
            <w:tcW w:w="2340" w:type="dxa"/>
            <w:tcMar>
              <w:top w:w="38" w:type="dxa"/>
              <w:left w:w="90" w:type="dxa"/>
              <w:bottom w:w="38" w:type="dxa"/>
              <w:right w:w="90" w:type="dxa"/>
            </w:tcMar>
            <w:vAlign w:val="center"/>
          </w:tcPr>
          <w:p w14:paraId="694B0697" w14:textId="77777777" w:rsidR="00894831" w:rsidRDefault="00421CA7">
            <w:pPr>
              <w:spacing w:after="0" w:line="240" w:lineRule="auto"/>
              <w:jc w:val="center"/>
            </w:pPr>
            <w:r>
              <w:rPr>
                <w:sz w:val="16"/>
              </w:rPr>
              <w:t>300</w:t>
            </w:r>
          </w:p>
        </w:tc>
      </w:tr>
      <w:tr w:rsidR="00894831" w14:paraId="38DD1156" w14:textId="77777777">
        <w:trPr>
          <w:cantSplit/>
        </w:trPr>
        <w:tc>
          <w:tcPr>
            <w:tcW w:w="720" w:type="dxa"/>
            <w:shd w:val="clear" w:color="auto" w:fill="F8FAFC"/>
            <w:tcMar>
              <w:top w:w="38" w:type="dxa"/>
              <w:left w:w="90" w:type="dxa"/>
              <w:bottom w:w="38" w:type="dxa"/>
              <w:right w:w="90" w:type="dxa"/>
            </w:tcMar>
            <w:vAlign w:val="center"/>
          </w:tcPr>
          <w:p w14:paraId="4511FF9C" w14:textId="77777777" w:rsidR="00894831" w:rsidRDefault="00421CA7">
            <w:pPr>
              <w:spacing w:after="0" w:line="240" w:lineRule="auto"/>
              <w:jc w:val="center"/>
            </w:pPr>
            <w:r>
              <w:rPr>
                <w:sz w:val="16"/>
              </w:rPr>
              <w:t>20</w:t>
            </w:r>
          </w:p>
        </w:tc>
        <w:tc>
          <w:tcPr>
            <w:tcW w:w="2200" w:type="dxa"/>
            <w:shd w:val="clear" w:color="auto" w:fill="F8FAFC"/>
            <w:tcMar>
              <w:top w:w="38" w:type="dxa"/>
              <w:left w:w="90" w:type="dxa"/>
              <w:bottom w:w="38" w:type="dxa"/>
              <w:right w:w="90" w:type="dxa"/>
            </w:tcMar>
            <w:vAlign w:val="center"/>
          </w:tcPr>
          <w:p w14:paraId="5E87ED18" w14:textId="77777777" w:rsidR="00894831" w:rsidRDefault="00421CA7">
            <w:pPr>
              <w:spacing w:after="0" w:line="240" w:lineRule="auto"/>
            </w:pPr>
            <w:r>
              <w:rPr>
                <w:sz w:val="16"/>
              </w:rPr>
              <w:t>Maharashtra</w:t>
            </w:r>
          </w:p>
        </w:tc>
        <w:tc>
          <w:tcPr>
            <w:tcW w:w="4100" w:type="dxa"/>
            <w:shd w:val="clear" w:color="auto" w:fill="F8FAFC"/>
            <w:tcMar>
              <w:top w:w="38" w:type="dxa"/>
              <w:left w:w="90" w:type="dxa"/>
              <w:bottom w:w="38" w:type="dxa"/>
              <w:right w:w="90" w:type="dxa"/>
            </w:tcMar>
            <w:vAlign w:val="center"/>
          </w:tcPr>
          <w:p w14:paraId="1F9FA15D" w14:textId="77777777" w:rsidR="00894831" w:rsidRDefault="00421CA7">
            <w:pPr>
              <w:spacing w:after="0" w:line="240" w:lineRule="auto"/>
            </w:pPr>
            <w:r>
              <w:rPr>
                <w:sz w:val="16"/>
              </w:rPr>
              <w:t>Aurangabad</w:t>
            </w:r>
          </w:p>
        </w:tc>
        <w:tc>
          <w:tcPr>
            <w:tcW w:w="2340" w:type="dxa"/>
            <w:shd w:val="clear" w:color="auto" w:fill="F8FAFC"/>
            <w:tcMar>
              <w:top w:w="38" w:type="dxa"/>
              <w:left w:w="90" w:type="dxa"/>
              <w:bottom w:w="38" w:type="dxa"/>
              <w:right w:w="90" w:type="dxa"/>
            </w:tcMar>
            <w:vAlign w:val="center"/>
          </w:tcPr>
          <w:p w14:paraId="49FE38FD" w14:textId="77777777" w:rsidR="00894831" w:rsidRDefault="00421CA7">
            <w:pPr>
              <w:spacing w:after="0" w:line="240" w:lineRule="auto"/>
              <w:jc w:val="center"/>
            </w:pPr>
            <w:r>
              <w:rPr>
                <w:sz w:val="16"/>
              </w:rPr>
              <w:t>300</w:t>
            </w:r>
          </w:p>
        </w:tc>
      </w:tr>
      <w:tr w:rsidR="00894831" w14:paraId="2F6951C3" w14:textId="77777777">
        <w:trPr>
          <w:cantSplit/>
        </w:trPr>
        <w:tc>
          <w:tcPr>
            <w:tcW w:w="720" w:type="dxa"/>
            <w:tcMar>
              <w:top w:w="38" w:type="dxa"/>
              <w:left w:w="90" w:type="dxa"/>
              <w:bottom w:w="38" w:type="dxa"/>
              <w:right w:w="90" w:type="dxa"/>
            </w:tcMar>
            <w:vAlign w:val="center"/>
          </w:tcPr>
          <w:p w14:paraId="13EED867" w14:textId="77777777" w:rsidR="00894831" w:rsidRDefault="00421CA7">
            <w:pPr>
              <w:spacing w:after="0" w:line="240" w:lineRule="auto"/>
              <w:jc w:val="center"/>
            </w:pPr>
            <w:r>
              <w:rPr>
                <w:sz w:val="16"/>
              </w:rPr>
              <w:t>21</w:t>
            </w:r>
          </w:p>
        </w:tc>
        <w:tc>
          <w:tcPr>
            <w:tcW w:w="2200" w:type="dxa"/>
            <w:tcMar>
              <w:top w:w="38" w:type="dxa"/>
              <w:left w:w="90" w:type="dxa"/>
              <w:bottom w:w="38" w:type="dxa"/>
              <w:right w:w="90" w:type="dxa"/>
            </w:tcMar>
            <w:vAlign w:val="center"/>
          </w:tcPr>
          <w:p w14:paraId="4CF097D2" w14:textId="77777777" w:rsidR="00894831" w:rsidRDefault="00421CA7">
            <w:pPr>
              <w:spacing w:after="0" w:line="240" w:lineRule="auto"/>
            </w:pPr>
            <w:r>
              <w:rPr>
                <w:sz w:val="16"/>
              </w:rPr>
              <w:t>Maharashtra</w:t>
            </w:r>
          </w:p>
        </w:tc>
        <w:tc>
          <w:tcPr>
            <w:tcW w:w="4100" w:type="dxa"/>
            <w:tcMar>
              <w:top w:w="38" w:type="dxa"/>
              <w:left w:w="90" w:type="dxa"/>
              <w:bottom w:w="38" w:type="dxa"/>
              <w:right w:w="90" w:type="dxa"/>
            </w:tcMar>
            <w:vAlign w:val="center"/>
          </w:tcPr>
          <w:p w14:paraId="44FD3A2A" w14:textId="77777777" w:rsidR="00894831" w:rsidRDefault="00421CA7">
            <w:pPr>
              <w:spacing w:after="0" w:line="240" w:lineRule="auto"/>
            </w:pPr>
            <w:r>
              <w:rPr>
                <w:sz w:val="16"/>
              </w:rPr>
              <w:t>Nagpur</w:t>
            </w:r>
          </w:p>
        </w:tc>
        <w:tc>
          <w:tcPr>
            <w:tcW w:w="2340" w:type="dxa"/>
            <w:tcMar>
              <w:top w:w="38" w:type="dxa"/>
              <w:left w:w="90" w:type="dxa"/>
              <w:bottom w:w="38" w:type="dxa"/>
              <w:right w:w="90" w:type="dxa"/>
            </w:tcMar>
            <w:vAlign w:val="center"/>
          </w:tcPr>
          <w:p w14:paraId="41AD4628" w14:textId="77777777" w:rsidR="00894831" w:rsidRDefault="00421CA7">
            <w:pPr>
              <w:spacing w:after="0" w:line="240" w:lineRule="auto"/>
              <w:jc w:val="center"/>
            </w:pPr>
            <w:r>
              <w:rPr>
                <w:sz w:val="16"/>
              </w:rPr>
              <w:t>300</w:t>
            </w:r>
          </w:p>
        </w:tc>
      </w:tr>
      <w:tr w:rsidR="00894831" w14:paraId="7010029F" w14:textId="77777777">
        <w:trPr>
          <w:cantSplit/>
        </w:trPr>
        <w:tc>
          <w:tcPr>
            <w:tcW w:w="720" w:type="dxa"/>
            <w:shd w:val="clear" w:color="auto" w:fill="F8FAFC"/>
            <w:tcMar>
              <w:top w:w="38" w:type="dxa"/>
              <w:left w:w="90" w:type="dxa"/>
              <w:bottom w:w="38" w:type="dxa"/>
              <w:right w:w="90" w:type="dxa"/>
            </w:tcMar>
            <w:vAlign w:val="center"/>
          </w:tcPr>
          <w:p w14:paraId="76726886" w14:textId="77777777" w:rsidR="00894831" w:rsidRDefault="00421CA7">
            <w:pPr>
              <w:spacing w:after="0" w:line="240" w:lineRule="auto"/>
              <w:jc w:val="center"/>
            </w:pPr>
            <w:r>
              <w:rPr>
                <w:sz w:val="16"/>
              </w:rPr>
              <w:lastRenderedPageBreak/>
              <w:t>22</w:t>
            </w:r>
          </w:p>
        </w:tc>
        <w:tc>
          <w:tcPr>
            <w:tcW w:w="2200" w:type="dxa"/>
            <w:shd w:val="clear" w:color="auto" w:fill="F8FAFC"/>
            <w:tcMar>
              <w:top w:w="38" w:type="dxa"/>
              <w:left w:w="90" w:type="dxa"/>
              <w:bottom w:w="38" w:type="dxa"/>
              <w:right w:w="90" w:type="dxa"/>
            </w:tcMar>
            <w:vAlign w:val="center"/>
          </w:tcPr>
          <w:p w14:paraId="1E20CFD9" w14:textId="77777777" w:rsidR="00894831" w:rsidRDefault="00421CA7">
            <w:pPr>
              <w:spacing w:after="0" w:line="240" w:lineRule="auto"/>
            </w:pPr>
            <w:r>
              <w:rPr>
                <w:sz w:val="16"/>
              </w:rPr>
              <w:t>Maharashtra</w:t>
            </w:r>
          </w:p>
        </w:tc>
        <w:tc>
          <w:tcPr>
            <w:tcW w:w="4100" w:type="dxa"/>
            <w:shd w:val="clear" w:color="auto" w:fill="F8FAFC"/>
            <w:tcMar>
              <w:top w:w="38" w:type="dxa"/>
              <w:left w:w="90" w:type="dxa"/>
              <w:bottom w:w="38" w:type="dxa"/>
              <w:right w:w="90" w:type="dxa"/>
            </w:tcMar>
            <w:vAlign w:val="center"/>
          </w:tcPr>
          <w:p w14:paraId="6BD27259" w14:textId="77777777" w:rsidR="00894831" w:rsidRDefault="00421CA7">
            <w:pPr>
              <w:spacing w:after="0" w:line="240" w:lineRule="auto"/>
            </w:pPr>
            <w:r>
              <w:rPr>
                <w:sz w:val="16"/>
              </w:rPr>
              <w:t>Nashik</w:t>
            </w:r>
          </w:p>
        </w:tc>
        <w:tc>
          <w:tcPr>
            <w:tcW w:w="2340" w:type="dxa"/>
            <w:shd w:val="clear" w:color="auto" w:fill="F8FAFC"/>
            <w:tcMar>
              <w:top w:w="38" w:type="dxa"/>
              <w:left w:w="90" w:type="dxa"/>
              <w:bottom w:w="38" w:type="dxa"/>
              <w:right w:w="90" w:type="dxa"/>
            </w:tcMar>
            <w:vAlign w:val="center"/>
          </w:tcPr>
          <w:p w14:paraId="0379BB38" w14:textId="77777777" w:rsidR="00894831" w:rsidRDefault="00421CA7">
            <w:pPr>
              <w:spacing w:after="0" w:line="240" w:lineRule="auto"/>
              <w:jc w:val="center"/>
            </w:pPr>
            <w:r>
              <w:rPr>
                <w:sz w:val="16"/>
              </w:rPr>
              <w:t>300</w:t>
            </w:r>
          </w:p>
        </w:tc>
      </w:tr>
      <w:tr w:rsidR="00894831" w14:paraId="062A7B11" w14:textId="77777777">
        <w:trPr>
          <w:cantSplit/>
        </w:trPr>
        <w:tc>
          <w:tcPr>
            <w:tcW w:w="720" w:type="dxa"/>
            <w:tcMar>
              <w:top w:w="38" w:type="dxa"/>
              <w:left w:w="90" w:type="dxa"/>
              <w:bottom w:w="38" w:type="dxa"/>
              <w:right w:w="90" w:type="dxa"/>
            </w:tcMar>
            <w:vAlign w:val="center"/>
          </w:tcPr>
          <w:p w14:paraId="31417F34" w14:textId="77777777" w:rsidR="00894831" w:rsidRDefault="00421CA7">
            <w:pPr>
              <w:spacing w:after="0" w:line="240" w:lineRule="auto"/>
              <w:jc w:val="center"/>
            </w:pPr>
            <w:r>
              <w:rPr>
                <w:sz w:val="16"/>
              </w:rPr>
              <w:t>23</w:t>
            </w:r>
          </w:p>
        </w:tc>
        <w:tc>
          <w:tcPr>
            <w:tcW w:w="2200" w:type="dxa"/>
            <w:tcMar>
              <w:top w:w="38" w:type="dxa"/>
              <w:left w:w="90" w:type="dxa"/>
              <w:bottom w:w="38" w:type="dxa"/>
              <w:right w:w="90" w:type="dxa"/>
            </w:tcMar>
            <w:vAlign w:val="center"/>
          </w:tcPr>
          <w:p w14:paraId="38B9C808" w14:textId="77777777" w:rsidR="00894831" w:rsidRDefault="00421CA7">
            <w:pPr>
              <w:spacing w:after="0" w:line="240" w:lineRule="auto"/>
            </w:pPr>
            <w:r>
              <w:rPr>
                <w:sz w:val="16"/>
              </w:rPr>
              <w:t>Maharashtra</w:t>
            </w:r>
          </w:p>
        </w:tc>
        <w:tc>
          <w:tcPr>
            <w:tcW w:w="4100" w:type="dxa"/>
            <w:tcMar>
              <w:top w:w="38" w:type="dxa"/>
              <w:left w:w="90" w:type="dxa"/>
              <w:bottom w:w="38" w:type="dxa"/>
              <w:right w:w="90" w:type="dxa"/>
            </w:tcMar>
            <w:vAlign w:val="center"/>
          </w:tcPr>
          <w:p w14:paraId="4A3BA216" w14:textId="77777777" w:rsidR="00894831" w:rsidRDefault="00421CA7">
            <w:pPr>
              <w:spacing w:after="0" w:line="240" w:lineRule="auto"/>
            </w:pPr>
            <w:r>
              <w:rPr>
                <w:sz w:val="16"/>
              </w:rPr>
              <w:t>Pune</w:t>
            </w:r>
          </w:p>
        </w:tc>
        <w:tc>
          <w:tcPr>
            <w:tcW w:w="2340" w:type="dxa"/>
            <w:tcMar>
              <w:top w:w="38" w:type="dxa"/>
              <w:left w:w="90" w:type="dxa"/>
              <w:bottom w:w="38" w:type="dxa"/>
              <w:right w:w="90" w:type="dxa"/>
            </w:tcMar>
            <w:vAlign w:val="center"/>
          </w:tcPr>
          <w:p w14:paraId="6CC61542" w14:textId="77777777" w:rsidR="00894831" w:rsidRDefault="00421CA7">
            <w:pPr>
              <w:spacing w:after="0" w:line="240" w:lineRule="auto"/>
              <w:jc w:val="center"/>
            </w:pPr>
            <w:r>
              <w:rPr>
                <w:sz w:val="16"/>
              </w:rPr>
              <w:t>300</w:t>
            </w:r>
          </w:p>
        </w:tc>
      </w:tr>
      <w:tr w:rsidR="00894831" w14:paraId="51DDC038" w14:textId="77777777">
        <w:trPr>
          <w:cantSplit/>
        </w:trPr>
        <w:tc>
          <w:tcPr>
            <w:tcW w:w="720" w:type="dxa"/>
            <w:shd w:val="clear" w:color="auto" w:fill="F8FAFC"/>
            <w:tcMar>
              <w:top w:w="38" w:type="dxa"/>
              <w:left w:w="90" w:type="dxa"/>
              <w:bottom w:w="38" w:type="dxa"/>
              <w:right w:w="90" w:type="dxa"/>
            </w:tcMar>
            <w:vAlign w:val="center"/>
          </w:tcPr>
          <w:p w14:paraId="26BFF8D8" w14:textId="77777777" w:rsidR="00894831" w:rsidRDefault="00421CA7">
            <w:pPr>
              <w:spacing w:after="0" w:line="240" w:lineRule="auto"/>
              <w:jc w:val="center"/>
            </w:pPr>
            <w:r>
              <w:rPr>
                <w:sz w:val="16"/>
              </w:rPr>
              <w:t>24</w:t>
            </w:r>
          </w:p>
        </w:tc>
        <w:tc>
          <w:tcPr>
            <w:tcW w:w="2200" w:type="dxa"/>
            <w:shd w:val="clear" w:color="auto" w:fill="F8FAFC"/>
            <w:tcMar>
              <w:top w:w="38" w:type="dxa"/>
              <w:left w:w="90" w:type="dxa"/>
              <w:bottom w:w="38" w:type="dxa"/>
              <w:right w:w="90" w:type="dxa"/>
            </w:tcMar>
            <w:vAlign w:val="center"/>
          </w:tcPr>
          <w:p w14:paraId="2DBA3CC1" w14:textId="77777777" w:rsidR="00894831" w:rsidRDefault="00421CA7">
            <w:pPr>
              <w:spacing w:after="0" w:line="240" w:lineRule="auto"/>
            </w:pPr>
            <w:r>
              <w:rPr>
                <w:sz w:val="16"/>
              </w:rPr>
              <w:t>Rajasthan</w:t>
            </w:r>
          </w:p>
        </w:tc>
        <w:tc>
          <w:tcPr>
            <w:tcW w:w="4100" w:type="dxa"/>
            <w:shd w:val="clear" w:color="auto" w:fill="F8FAFC"/>
            <w:tcMar>
              <w:top w:w="38" w:type="dxa"/>
              <w:left w:w="90" w:type="dxa"/>
              <w:bottom w:w="38" w:type="dxa"/>
              <w:right w:w="90" w:type="dxa"/>
            </w:tcMar>
            <w:vAlign w:val="center"/>
          </w:tcPr>
          <w:p w14:paraId="5CB97A20" w14:textId="77777777" w:rsidR="00894831" w:rsidRDefault="00421CA7">
            <w:pPr>
              <w:spacing w:after="0" w:line="240" w:lineRule="auto"/>
            </w:pPr>
            <w:r>
              <w:rPr>
                <w:sz w:val="16"/>
              </w:rPr>
              <w:t>Ajmer</w:t>
            </w:r>
          </w:p>
        </w:tc>
        <w:tc>
          <w:tcPr>
            <w:tcW w:w="2340" w:type="dxa"/>
            <w:shd w:val="clear" w:color="auto" w:fill="F8FAFC"/>
            <w:tcMar>
              <w:top w:w="38" w:type="dxa"/>
              <w:left w:w="90" w:type="dxa"/>
              <w:bottom w:w="38" w:type="dxa"/>
              <w:right w:w="90" w:type="dxa"/>
            </w:tcMar>
            <w:vAlign w:val="center"/>
          </w:tcPr>
          <w:p w14:paraId="528EF870" w14:textId="77777777" w:rsidR="00894831" w:rsidRDefault="00421CA7">
            <w:pPr>
              <w:spacing w:after="0" w:line="240" w:lineRule="auto"/>
              <w:jc w:val="center"/>
            </w:pPr>
            <w:r>
              <w:rPr>
                <w:sz w:val="16"/>
              </w:rPr>
              <w:t>300</w:t>
            </w:r>
          </w:p>
        </w:tc>
      </w:tr>
      <w:tr w:rsidR="00894831" w14:paraId="09BAA4E1" w14:textId="77777777">
        <w:trPr>
          <w:cantSplit/>
        </w:trPr>
        <w:tc>
          <w:tcPr>
            <w:tcW w:w="720" w:type="dxa"/>
            <w:tcMar>
              <w:top w:w="38" w:type="dxa"/>
              <w:left w:w="90" w:type="dxa"/>
              <w:bottom w:w="38" w:type="dxa"/>
              <w:right w:w="90" w:type="dxa"/>
            </w:tcMar>
            <w:vAlign w:val="center"/>
          </w:tcPr>
          <w:p w14:paraId="432414E3" w14:textId="77777777" w:rsidR="00894831" w:rsidRDefault="00421CA7">
            <w:pPr>
              <w:spacing w:after="0" w:line="240" w:lineRule="auto"/>
              <w:jc w:val="center"/>
            </w:pPr>
            <w:r>
              <w:rPr>
                <w:sz w:val="16"/>
              </w:rPr>
              <w:t>25</w:t>
            </w:r>
          </w:p>
        </w:tc>
        <w:tc>
          <w:tcPr>
            <w:tcW w:w="2200" w:type="dxa"/>
            <w:tcMar>
              <w:top w:w="38" w:type="dxa"/>
              <w:left w:w="90" w:type="dxa"/>
              <w:bottom w:w="38" w:type="dxa"/>
              <w:right w:w="90" w:type="dxa"/>
            </w:tcMar>
            <w:vAlign w:val="center"/>
          </w:tcPr>
          <w:p w14:paraId="5A421B8F" w14:textId="77777777" w:rsidR="00894831" w:rsidRDefault="00421CA7">
            <w:pPr>
              <w:spacing w:after="0" w:line="240" w:lineRule="auto"/>
            </w:pPr>
            <w:r>
              <w:rPr>
                <w:sz w:val="16"/>
              </w:rPr>
              <w:t>Rajasthan</w:t>
            </w:r>
          </w:p>
        </w:tc>
        <w:tc>
          <w:tcPr>
            <w:tcW w:w="4100" w:type="dxa"/>
            <w:tcMar>
              <w:top w:w="38" w:type="dxa"/>
              <w:left w:w="90" w:type="dxa"/>
              <w:bottom w:w="38" w:type="dxa"/>
              <w:right w:w="90" w:type="dxa"/>
            </w:tcMar>
            <w:vAlign w:val="center"/>
          </w:tcPr>
          <w:p w14:paraId="352827A6" w14:textId="77777777" w:rsidR="00894831" w:rsidRDefault="00421CA7">
            <w:pPr>
              <w:spacing w:after="0" w:line="240" w:lineRule="auto"/>
            </w:pPr>
            <w:r>
              <w:rPr>
                <w:sz w:val="16"/>
              </w:rPr>
              <w:t>Jodhpur</w:t>
            </w:r>
          </w:p>
        </w:tc>
        <w:tc>
          <w:tcPr>
            <w:tcW w:w="2340" w:type="dxa"/>
            <w:tcMar>
              <w:top w:w="38" w:type="dxa"/>
              <w:left w:w="90" w:type="dxa"/>
              <w:bottom w:w="38" w:type="dxa"/>
              <w:right w:w="90" w:type="dxa"/>
            </w:tcMar>
            <w:vAlign w:val="center"/>
          </w:tcPr>
          <w:p w14:paraId="6085D7F4" w14:textId="77777777" w:rsidR="00894831" w:rsidRDefault="00421CA7">
            <w:pPr>
              <w:spacing w:after="0" w:line="240" w:lineRule="auto"/>
              <w:jc w:val="center"/>
            </w:pPr>
            <w:r>
              <w:rPr>
                <w:sz w:val="16"/>
              </w:rPr>
              <w:t>300</w:t>
            </w:r>
          </w:p>
        </w:tc>
      </w:tr>
      <w:tr w:rsidR="00894831" w14:paraId="4D095DD3" w14:textId="77777777">
        <w:trPr>
          <w:cantSplit/>
        </w:trPr>
        <w:tc>
          <w:tcPr>
            <w:tcW w:w="720" w:type="dxa"/>
            <w:shd w:val="clear" w:color="auto" w:fill="F8FAFC"/>
            <w:tcMar>
              <w:top w:w="38" w:type="dxa"/>
              <w:left w:w="90" w:type="dxa"/>
              <w:bottom w:w="38" w:type="dxa"/>
              <w:right w:w="90" w:type="dxa"/>
            </w:tcMar>
            <w:vAlign w:val="center"/>
          </w:tcPr>
          <w:p w14:paraId="5853FB2B" w14:textId="77777777" w:rsidR="00894831" w:rsidRDefault="00421CA7">
            <w:pPr>
              <w:spacing w:after="0" w:line="240" w:lineRule="auto"/>
              <w:jc w:val="center"/>
            </w:pPr>
            <w:r>
              <w:rPr>
                <w:sz w:val="16"/>
              </w:rPr>
              <w:t>26</w:t>
            </w:r>
          </w:p>
        </w:tc>
        <w:tc>
          <w:tcPr>
            <w:tcW w:w="2200" w:type="dxa"/>
            <w:shd w:val="clear" w:color="auto" w:fill="F8FAFC"/>
            <w:tcMar>
              <w:top w:w="38" w:type="dxa"/>
              <w:left w:w="90" w:type="dxa"/>
              <w:bottom w:w="38" w:type="dxa"/>
              <w:right w:w="90" w:type="dxa"/>
            </w:tcMar>
            <w:vAlign w:val="center"/>
          </w:tcPr>
          <w:p w14:paraId="28D779A3" w14:textId="77777777" w:rsidR="00894831" w:rsidRDefault="00421CA7">
            <w:pPr>
              <w:spacing w:after="0" w:line="240" w:lineRule="auto"/>
            </w:pPr>
            <w:r>
              <w:rPr>
                <w:sz w:val="16"/>
              </w:rPr>
              <w:t>Rajasthan</w:t>
            </w:r>
          </w:p>
        </w:tc>
        <w:tc>
          <w:tcPr>
            <w:tcW w:w="4100" w:type="dxa"/>
            <w:shd w:val="clear" w:color="auto" w:fill="F8FAFC"/>
            <w:tcMar>
              <w:top w:w="38" w:type="dxa"/>
              <w:left w:w="90" w:type="dxa"/>
              <w:bottom w:w="38" w:type="dxa"/>
              <w:right w:w="90" w:type="dxa"/>
            </w:tcMar>
            <w:vAlign w:val="center"/>
          </w:tcPr>
          <w:p w14:paraId="6D6233F6" w14:textId="77777777" w:rsidR="00894831" w:rsidRDefault="00421CA7">
            <w:pPr>
              <w:spacing w:after="0" w:line="240" w:lineRule="auto"/>
            </w:pPr>
            <w:r>
              <w:rPr>
                <w:sz w:val="16"/>
              </w:rPr>
              <w:t>Udaipur</w:t>
            </w:r>
          </w:p>
        </w:tc>
        <w:tc>
          <w:tcPr>
            <w:tcW w:w="2340" w:type="dxa"/>
            <w:shd w:val="clear" w:color="auto" w:fill="F8FAFC"/>
            <w:tcMar>
              <w:top w:w="38" w:type="dxa"/>
              <w:left w:w="90" w:type="dxa"/>
              <w:bottom w:w="38" w:type="dxa"/>
              <w:right w:w="90" w:type="dxa"/>
            </w:tcMar>
            <w:vAlign w:val="center"/>
          </w:tcPr>
          <w:p w14:paraId="6B7044B9" w14:textId="77777777" w:rsidR="00894831" w:rsidRDefault="00421CA7">
            <w:pPr>
              <w:spacing w:after="0" w:line="240" w:lineRule="auto"/>
              <w:jc w:val="center"/>
            </w:pPr>
            <w:r>
              <w:rPr>
                <w:sz w:val="16"/>
              </w:rPr>
              <w:t>300</w:t>
            </w:r>
          </w:p>
        </w:tc>
      </w:tr>
      <w:tr w:rsidR="00894831" w14:paraId="31E4A9D3" w14:textId="77777777">
        <w:trPr>
          <w:cantSplit/>
        </w:trPr>
        <w:tc>
          <w:tcPr>
            <w:tcW w:w="720" w:type="dxa"/>
            <w:tcMar>
              <w:top w:w="38" w:type="dxa"/>
              <w:left w:w="90" w:type="dxa"/>
              <w:bottom w:w="38" w:type="dxa"/>
              <w:right w:w="90" w:type="dxa"/>
            </w:tcMar>
            <w:vAlign w:val="center"/>
          </w:tcPr>
          <w:p w14:paraId="7B6141CA" w14:textId="77777777" w:rsidR="00894831" w:rsidRDefault="00421CA7">
            <w:pPr>
              <w:spacing w:after="0" w:line="240" w:lineRule="auto"/>
              <w:jc w:val="center"/>
            </w:pPr>
            <w:r>
              <w:rPr>
                <w:sz w:val="16"/>
              </w:rPr>
              <w:t>27</w:t>
            </w:r>
          </w:p>
        </w:tc>
        <w:tc>
          <w:tcPr>
            <w:tcW w:w="2200" w:type="dxa"/>
            <w:tcMar>
              <w:top w:w="38" w:type="dxa"/>
              <w:left w:w="90" w:type="dxa"/>
              <w:bottom w:w="38" w:type="dxa"/>
              <w:right w:w="90" w:type="dxa"/>
            </w:tcMar>
            <w:vAlign w:val="center"/>
          </w:tcPr>
          <w:p w14:paraId="5D25CFED" w14:textId="77777777" w:rsidR="00894831" w:rsidRDefault="00421CA7">
            <w:pPr>
              <w:spacing w:after="0" w:line="240" w:lineRule="auto"/>
            </w:pPr>
            <w:r>
              <w:rPr>
                <w:sz w:val="16"/>
              </w:rPr>
              <w:t>Uttar Pradesh</w:t>
            </w:r>
          </w:p>
        </w:tc>
        <w:tc>
          <w:tcPr>
            <w:tcW w:w="4100" w:type="dxa"/>
            <w:tcMar>
              <w:top w:w="38" w:type="dxa"/>
              <w:left w:w="90" w:type="dxa"/>
              <w:bottom w:w="38" w:type="dxa"/>
              <w:right w:w="90" w:type="dxa"/>
            </w:tcMar>
            <w:vAlign w:val="center"/>
          </w:tcPr>
          <w:p w14:paraId="0EA6A685" w14:textId="77777777" w:rsidR="00894831" w:rsidRDefault="00421CA7">
            <w:pPr>
              <w:spacing w:after="0" w:line="240" w:lineRule="auto"/>
            </w:pPr>
            <w:r>
              <w:rPr>
                <w:sz w:val="16"/>
              </w:rPr>
              <w:t>Kanpur</w:t>
            </w:r>
          </w:p>
        </w:tc>
        <w:tc>
          <w:tcPr>
            <w:tcW w:w="2340" w:type="dxa"/>
            <w:tcMar>
              <w:top w:w="38" w:type="dxa"/>
              <w:left w:w="90" w:type="dxa"/>
              <w:bottom w:w="38" w:type="dxa"/>
              <w:right w:w="90" w:type="dxa"/>
            </w:tcMar>
            <w:vAlign w:val="center"/>
          </w:tcPr>
          <w:p w14:paraId="2A4EF39D" w14:textId="77777777" w:rsidR="00894831" w:rsidRDefault="00421CA7">
            <w:pPr>
              <w:spacing w:after="0" w:line="240" w:lineRule="auto"/>
              <w:jc w:val="center"/>
            </w:pPr>
            <w:r>
              <w:rPr>
                <w:sz w:val="16"/>
              </w:rPr>
              <w:t>300</w:t>
            </w:r>
          </w:p>
        </w:tc>
      </w:tr>
      <w:tr w:rsidR="00894831" w14:paraId="4DF6AAF2" w14:textId="77777777">
        <w:trPr>
          <w:cantSplit/>
        </w:trPr>
        <w:tc>
          <w:tcPr>
            <w:tcW w:w="720" w:type="dxa"/>
            <w:shd w:val="clear" w:color="auto" w:fill="F8FAFC"/>
            <w:tcMar>
              <w:top w:w="38" w:type="dxa"/>
              <w:left w:w="90" w:type="dxa"/>
              <w:bottom w:w="38" w:type="dxa"/>
              <w:right w:w="90" w:type="dxa"/>
            </w:tcMar>
            <w:vAlign w:val="center"/>
          </w:tcPr>
          <w:p w14:paraId="2C53CAB0" w14:textId="77777777" w:rsidR="00894831" w:rsidRDefault="00421CA7">
            <w:pPr>
              <w:spacing w:after="0" w:line="240" w:lineRule="auto"/>
              <w:jc w:val="center"/>
            </w:pPr>
            <w:r>
              <w:rPr>
                <w:sz w:val="16"/>
              </w:rPr>
              <w:t>28</w:t>
            </w:r>
          </w:p>
        </w:tc>
        <w:tc>
          <w:tcPr>
            <w:tcW w:w="2200" w:type="dxa"/>
            <w:shd w:val="clear" w:color="auto" w:fill="F8FAFC"/>
            <w:tcMar>
              <w:top w:w="38" w:type="dxa"/>
              <w:left w:w="90" w:type="dxa"/>
              <w:bottom w:w="38" w:type="dxa"/>
              <w:right w:w="90" w:type="dxa"/>
            </w:tcMar>
            <w:vAlign w:val="center"/>
          </w:tcPr>
          <w:p w14:paraId="25937CE8" w14:textId="77777777" w:rsidR="00894831" w:rsidRDefault="00421CA7">
            <w:pPr>
              <w:spacing w:after="0" w:line="240" w:lineRule="auto"/>
            </w:pPr>
            <w:r>
              <w:rPr>
                <w:sz w:val="16"/>
              </w:rPr>
              <w:t>Uttar Pradesh</w:t>
            </w:r>
          </w:p>
        </w:tc>
        <w:tc>
          <w:tcPr>
            <w:tcW w:w="4100" w:type="dxa"/>
            <w:shd w:val="clear" w:color="auto" w:fill="F8FAFC"/>
            <w:tcMar>
              <w:top w:w="38" w:type="dxa"/>
              <w:left w:w="90" w:type="dxa"/>
              <w:bottom w:w="38" w:type="dxa"/>
              <w:right w:w="90" w:type="dxa"/>
            </w:tcMar>
            <w:vAlign w:val="center"/>
          </w:tcPr>
          <w:p w14:paraId="262BA840" w14:textId="77777777" w:rsidR="00894831" w:rsidRDefault="00421CA7">
            <w:pPr>
              <w:spacing w:after="0" w:line="240" w:lineRule="auto"/>
            </w:pPr>
            <w:r>
              <w:rPr>
                <w:sz w:val="16"/>
              </w:rPr>
              <w:t>Ayodhya</w:t>
            </w:r>
          </w:p>
        </w:tc>
        <w:tc>
          <w:tcPr>
            <w:tcW w:w="2340" w:type="dxa"/>
            <w:shd w:val="clear" w:color="auto" w:fill="F8FAFC"/>
            <w:tcMar>
              <w:top w:w="38" w:type="dxa"/>
              <w:left w:w="90" w:type="dxa"/>
              <w:bottom w:w="38" w:type="dxa"/>
              <w:right w:w="90" w:type="dxa"/>
            </w:tcMar>
            <w:vAlign w:val="center"/>
          </w:tcPr>
          <w:p w14:paraId="73E25C2A" w14:textId="77777777" w:rsidR="00894831" w:rsidRDefault="00421CA7">
            <w:pPr>
              <w:spacing w:after="0" w:line="240" w:lineRule="auto"/>
              <w:jc w:val="center"/>
            </w:pPr>
            <w:r>
              <w:rPr>
                <w:sz w:val="16"/>
              </w:rPr>
              <w:t>300</w:t>
            </w:r>
          </w:p>
        </w:tc>
      </w:tr>
      <w:tr w:rsidR="00894831" w14:paraId="26FFAFBE" w14:textId="77777777">
        <w:trPr>
          <w:cantSplit/>
        </w:trPr>
        <w:tc>
          <w:tcPr>
            <w:tcW w:w="720" w:type="dxa"/>
            <w:tcMar>
              <w:top w:w="38" w:type="dxa"/>
              <w:left w:w="90" w:type="dxa"/>
              <w:bottom w:w="38" w:type="dxa"/>
              <w:right w:w="90" w:type="dxa"/>
            </w:tcMar>
            <w:vAlign w:val="center"/>
          </w:tcPr>
          <w:p w14:paraId="0B08F124" w14:textId="77777777" w:rsidR="00894831" w:rsidRDefault="00421CA7">
            <w:pPr>
              <w:spacing w:after="0" w:line="240" w:lineRule="auto"/>
              <w:jc w:val="center"/>
            </w:pPr>
            <w:r>
              <w:rPr>
                <w:sz w:val="16"/>
              </w:rPr>
              <w:t>29</w:t>
            </w:r>
          </w:p>
        </w:tc>
        <w:tc>
          <w:tcPr>
            <w:tcW w:w="2200" w:type="dxa"/>
            <w:tcMar>
              <w:top w:w="38" w:type="dxa"/>
              <w:left w:w="90" w:type="dxa"/>
              <w:bottom w:w="38" w:type="dxa"/>
              <w:right w:w="90" w:type="dxa"/>
            </w:tcMar>
            <w:vAlign w:val="center"/>
          </w:tcPr>
          <w:p w14:paraId="7117A2C7"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32CCAF0B" w14:textId="77777777" w:rsidR="00894831" w:rsidRDefault="00421CA7">
            <w:pPr>
              <w:spacing w:after="0" w:line="240" w:lineRule="auto"/>
            </w:pPr>
            <w:r>
              <w:rPr>
                <w:sz w:val="16"/>
              </w:rPr>
              <w:t>Khordha (including Bhubaneswar)</w:t>
            </w:r>
          </w:p>
        </w:tc>
        <w:tc>
          <w:tcPr>
            <w:tcW w:w="2340" w:type="dxa"/>
            <w:tcMar>
              <w:top w:w="38" w:type="dxa"/>
              <w:left w:w="90" w:type="dxa"/>
              <w:bottom w:w="38" w:type="dxa"/>
              <w:right w:w="90" w:type="dxa"/>
            </w:tcMar>
            <w:vAlign w:val="center"/>
          </w:tcPr>
          <w:p w14:paraId="7164117C" w14:textId="77777777" w:rsidR="00894831" w:rsidRDefault="00421CA7">
            <w:pPr>
              <w:spacing w:after="0" w:line="240" w:lineRule="auto"/>
              <w:jc w:val="center"/>
            </w:pPr>
            <w:r>
              <w:rPr>
                <w:sz w:val="16"/>
              </w:rPr>
              <w:t>180</w:t>
            </w:r>
          </w:p>
        </w:tc>
      </w:tr>
      <w:tr w:rsidR="00894831" w14:paraId="379F3C5D" w14:textId="77777777">
        <w:trPr>
          <w:cantSplit/>
        </w:trPr>
        <w:tc>
          <w:tcPr>
            <w:tcW w:w="720" w:type="dxa"/>
            <w:shd w:val="clear" w:color="auto" w:fill="F8FAFC"/>
            <w:tcMar>
              <w:top w:w="38" w:type="dxa"/>
              <w:left w:w="90" w:type="dxa"/>
              <w:bottom w:w="38" w:type="dxa"/>
              <w:right w:w="90" w:type="dxa"/>
            </w:tcMar>
            <w:vAlign w:val="center"/>
          </w:tcPr>
          <w:p w14:paraId="3A05E2DE" w14:textId="77777777" w:rsidR="00894831" w:rsidRDefault="00421CA7">
            <w:pPr>
              <w:spacing w:after="0" w:line="240" w:lineRule="auto"/>
              <w:jc w:val="center"/>
            </w:pPr>
            <w:r>
              <w:rPr>
                <w:sz w:val="16"/>
              </w:rPr>
              <w:t>30</w:t>
            </w:r>
          </w:p>
        </w:tc>
        <w:tc>
          <w:tcPr>
            <w:tcW w:w="2200" w:type="dxa"/>
            <w:shd w:val="clear" w:color="auto" w:fill="F8FAFC"/>
            <w:tcMar>
              <w:top w:w="38" w:type="dxa"/>
              <w:left w:w="90" w:type="dxa"/>
              <w:bottom w:w="38" w:type="dxa"/>
              <w:right w:w="90" w:type="dxa"/>
            </w:tcMar>
            <w:vAlign w:val="center"/>
          </w:tcPr>
          <w:p w14:paraId="0EDD2622" w14:textId="77777777" w:rsidR="00894831" w:rsidRDefault="00421CA7">
            <w:pPr>
              <w:spacing w:after="0" w:line="240" w:lineRule="auto"/>
            </w:pPr>
            <w:r>
              <w:rPr>
                <w:sz w:val="16"/>
              </w:rPr>
              <w:t>Odisha</w:t>
            </w:r>
          </w:p>
        </w:tc>
        <w:tc>
          <w:tcPr>
            <w:tcW w:w="4100" w:type="dxa"/>
            <w:shd w:val="clear" w:color="auto" w:fill="F8FAFC"/>
            <w:tcMar>
              <w:top w:w="38" w:type="dxa"/>
              <w:left w:w="90" w:type="dxa"/>
              <w:bottom w:w="38" w:type="dxa"/>
              <w:right w:w="90" w:type="dxa"/>
            </w:tcMar>
            <w:vAlign w:val="center"/>
          </w:tcPr>
          <w:p w14:paraId="550CA4C4" w14:textId="77777777" w:rsidR="00894831" w:rsidRDefault="00421CA7">
            <w:pPr>
              <w:spacing w:after="0" w:line="240" w:lineRule="auto"/>
            </w:pPr>
            <w:r>
              <w:rPr>
                <w:sz w:val="16"/>
              </w:rPr>
              <w:t>Puri</w:t>
            </w:r>
          </w:p>
        </w:tc>
        <w:tc>
          <w:tcPr>
            <w:tcW w:w="2340" w:type="dxa"/>
            <w:shd w:val="clear" w:color="auto" w:fill="F8FAFC"/>
            <w:tcMar>
              <w:top w:w="38" w:type="dxa"/>
              <w:left w:w="90" w:type="dxa"/>
              <w:bottom w:w="38" w:type="dxa"/>
              <w:right w:w="90" w:type="dxa"/>
            </w:tcMar>
            <w:vAlign w:val="center"/>
          </w:tcPr>
          <w:p w14:paraId="6119D8CE" w14:textId="77777777" w:rsidR="00894831" w:rsidRDefault="00421CA7">
            <w:pPr>
              <w:spacing w:after="0" w:line="240" w:lineRule="auto"/>
              <w:jc w:val="center"/>
            </w:pPr>
            <w:r>
              <w:rPr>
                <w:sz w:val="16"/>
              </w:rPr>
              <w:t>180</w:t>
            </w:r>
          </w:p>
        </w:tc>
      </w:tr>
      <w:tr w:rsidR="00894831" w14:paraId="52AB2054" w14:textId="77777777">
        <w:trPr>
          <w:cantSplit/>
        </w:trPr>
        <w:tc>
          <w:tcPr>
            <w:tcW w:w="720" w:type="dxa"/>
            <w:tcMar>
              <w:top w:w="38" w:type="dxa"/>
              <w:left w:w="90" w:type="dxa"/>
              <w:bottom w:w="38" w:type="dxa"/>
              <w:right w:w="90" w:type="dxa"/>
            </w:tcMar>
            <w:vAlign w:val="center"/>
          </w:tcPr>
          <w:p w14:paraId="72DB9A58" w14:textId="77777777" w:rsidR="00894831" w:rsidRDefault="00421CA7">
            <w:pPr>
              <w:spacing w:after="0" w:line="240" w:lineRule="auto"/>
              <w:jc w:val="center"/>
            </w:pPr>
            <w:r>
              <w:rPr>
                <w:sz w:val="16"/>
              </w:rPr>
              <w:t>31</w:t>
            </w:r>
          </w:p>
        </w:tc>
        <w:tc>
          <w:tcPr>
            <w:tcW w:w="2200" w:type="dxa"/>
            <w:tcMar>
              <w:top w:w="38" w:type="dxa"/>
              <w:left w:w="90" w:type="dxa"/>
              <w:bottom w:w="38" w:type="dxa"/>
              <w:right w:w="90" w:type="dxa"/>
            </w:tcMar>
            <w:vAlign w:val="center"/>
          </w:tcPr>
          <w:p w14:paraId="6DBD04A6"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076836B0" w14:textId="77777777" w:rsidR="00894831" w:rsidRDefault="00421CA7">
            <w:pPr>
              <w:spacing w:after="0" w:line="240" w:lineRule="auto"/>
            </w:pPr>
            <w:r>
              <w:rPr>
                <w:sz w:val="16"/>
              </w:rPr>
              <w:t>Ganjam (Berhampur)</w:t>
            </w:r>
          </w:p>
        </w:tc>
        <w:tc>
          <w:tcPr>
            <w:tcW w:w="2340" w:type="dxa"/>
            <w:tcMar>
              <w:top w:w="38" w:type="dxa"/>
              <w:left w:w="90" w:type="dxa"/>
              <w:bottom w:w="38" w:type="dxa"/>
              <w:right w:w="90" w:type="dxa"/>
            </w:tcMar>
            <w:vAlign w:val="center"/>
          </w:tcPr>
          <w:p w14:paraId="4406C472" w14:textId="77777777" w:rsidR="00894831" w:rsidRDefault="00421CA7">
            <w:pPr>
              <w:spacing w:after="0" w:line="240" w:lineRule="auto"/>
              <w:jc w:val="center"/>
            </w:pPr>
            <w:r>
              <w:rPr>
                <w:sz w:val="16"/>
              </w:rPr>
              <w:t>180</w:t>
            </w:r>
          </w:p>
        </w:tc>
      </w:tr>
      <w:tr w:rsidR="00894831" w14:paraId="034922D5" w14:textId="77777777">
        <w:trPr>
          <w:cantSplit/>
        </w:trPr>
        <w:tc>
          <w:tcPr>
            <w:tcW w:w="720" w:type="dxa"/>
            <w:shd w:val="clear" w:color="auto" w:fill="F8FAFC"/>
            <w:tcMar>
              <w:top w:w="38" w:type="dxa"/>
              <w:left w:w="90" w:type="dxa"/>
              <w:bottom w:w="38" w:type="dxa"/>
              <w:right w:w="90" w:type="dxa"/>
            </w:tcMar>
            <w:vAlign w:val="center"/>
          </w:tcPr>
          <w:p w14:paraId="0A042B55" w14:textId="77777777" w:rsidR="00894831" w:rsidRDefault="00421CA7">
            <w:pPr>
              <w:spacing w:after="0" w:line="240" w:lineRule="auto"/>
              <w:jc w:val="center"/>
            </w:pPr>
            <w:r>
              <w:rPr>
                <w:sz w:val="16"/>
              </w:rPr>
              <w:t>32</w:t>
            </w:r>
          </w:p>
        </w:tc>
        <w:tc>
          <w:tcPr>
            <w:tcW w:w="2200" w:type="dxa"/>
            <w:shd w:val="clear" w:color="auto" w:fill="F8FAFC"/>
            <w:tcMar>
              <w:top w:w="38" w:type="dxa"/>
              <w:left w:w="90" w:type="dxa"/>
              <w:bottom w:w="38" w:type="dxa"/>
              <w:right w:w="90" w:type="dxa"/>
            </w:tcMar>
            <w:vAlign w:val="center"/>
          </w:tcPr>
          <w:p w14:paraId="5CFF162C" w14:textId="77777777" w:rsidR="00894831" w:rsidRDefault="00421CA7">
            <w:pPr>
              <w:spacing w:after="0" w:line="240" w:lineRule="auto"/>
            </w:pPr>
            <w:r>
              <w:rPr>
                <w:sz w:val="16"/>
              </w:rPr>
              <w:t>Odisha</w:t>
            </w:r>
          </w:p>
        </w:tc>
        <w:tc>
          <w:tcPr>
            <w:tcW w:w="4100" w:type="dxa"/>
            <w:shd w:val="clear" w:color="auto" w:fill="F8FAFC"/>
            <w:tcMar>
              <w:top w:w="38" w:type="dxa"/>
              <w:left w:w="90" w:type="dxa"/>
              <w:bottom w:w="38" w:type="dxa"/>
              <w:right w:w="90" w:type="dxa"/>
            </w:tcMar>
            <w:vAlign w:val="center"/>
          </w:tcPr>
          <w:p w14:paraId="41027BF6" w14:textId="77777777" w:rsidR="00894831" w:rsidRDefault="00421CA7">
            <w:pPr>
              <w:spacing w:after="0" w:line="240" w:lineRule="auto"/>
            </w:pPr>
            <w:r>
              <w:rPr>
                <w:sz w:val="16"/>
              </w:rPr>
              <w:t>Sambalpur</w:t>
            </w:r>
          </w:p>
        </w:tc>
        <w:tc>
          <w:tcPr>
            <w:tcW w:w="2340" w:type="dxa"/>
            <w:shd w:val="clear" w:color="auto" w:fill="F8FAFC"/>
            <w:tcMar>
              <w:top w:w="38" w:type="dxa"/>
              <w:left w:w="90" w:type="dxa"/>
              <w:bottom w:w="38" w:type="dxa"/>
              <w:right w:w="90" w:type="dxa"/>
            </w:tcMar>
            <w:vAlign w:val="center"/>
          </w:tcPr>
          <w:p w14:paraId="175A6E60" w14:textId="77777777" w:rsidR="00894831" w:rsidRDefault="00421CA7">
            <w:pPr>
              <w:spacing w:after="0" w:line="240" w:lineRule="auto"/>
              <w:jc w:val="center"/>
            </w:pPr>
            <w:r>
              <w:rPr>
                <w:sz w:val="16"/>
              </w:rPr>
              <w:t>180</w:t>
            </w:r>
          </w:p>
        </w:tc>
      </w:tr>
      <w:tr w:rsidR="00894831" w14:paraId="6281E0B0" w14:textId="77777777">
        <w:trPr>
          <w:cantSplit/>
        </w:trPr>
        <w:tc>
          <w:tcPr>
            <w:tcW w:w="720" w:type="dxa"/>
            <w:tcMar>
              <w:top w:w="38" w:type="dxa"/>
              <w:left w:w="90" w:type="dxa"/>
              <w:bottom w:w="38" w:type="dxa"/>
              <w:right w:w="90" w:type="dxa"/>
            </w:tcMar>
            <w:vAlign w:val="center"/>
          </w:tcPr>
          <w:p w14:paraId="27CA0392" w14:textId="77777777" w:rsidR="00894831" w:rsidRDefault="00421CA7">
            <w:pPr>
              <w:spacing w:after="0" w:line="240" w:lineRule="auto"/>
              <w:jc w:val="center"/>
            </w:pPr>
            <w:r>
              <w:rPr>
                <w:sz w:val="16"/>
              </w:rPr>
              <w:t>33</w:t>
            </w:r>
          </w:p>
        </w:tc>
        <w:tc>
          <w:tcPr>
            <w:tcW w:w="2200" w:type="dxa"/>
            <w:tcMar>
              <w:top w:w="38" w:type="dxa"/>
              <w:left w:w="90" w:type="dxa"/>
              <w:bottom w:w="38" w:type="dxa"/>
              <w:right w:w="90" w:type="dxa"/>
            </w:tcMar>
            <w:vAlign w:val="center"/>
          </w:tcPr>
          <w:p w14:paraId="0BF7C8BE"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3BDCDD31" w14:textId="77777777" w:rsidR="00894831" w:rsidRDefault="00421CA7">
            <w:pPr>
              <w:spacing w:after="0" w:line="240" w:lineRule="auto"/>
            </w:pPr>
            <w:r>
              <w:rPr>
                <w:sz w:val="16"/>
              </w:rPr>
              <w:t>Sundargarh (Rourkela)</w:t>
            </w:r>
          </w:p>
        </w:tc>
        <w:tc>
          <w:tcPr>
            <w:tcW w:w="2340" w:type="dxa"/>
            <w:tcMar>
              <w:top w:w="38" w:type="dxa"/>
              <w:left w:w="90" w:type="dxa"/>
              <w:bottom w:w="38" w:type="dxa"/>
              <w:right w:w="90" w:type="dxa"/>
            </w:tcMar>
            <w:vAlign w:val="center"/>
          </w:tcPr>
          <w:p w14:paraId="231E752C" w14:textId="77777777" w:rsidR="00894831" w:rsidRDefault="00421CA7">
            <w:pPr>
              <w:spacing w:after="0" w:line="240" w:lineRule="auto"/>
              <w:jc w:val="center"/>
            </w:pPr>
            <w:r>
              <w:rPr>
                <w:sz w:val="16"/>
              </w:rPr>
              <w:t>210</w:t>
            </w:r>
          </w:p>
        </w:tc>
      </w:tr>
      <w:tr w:rsidR="00894831" w14:paraId="2BBB76FD" w14:textId="77777777">
        <w:trPr>
          <w:cantSplit/>
        </w:trPr>
        <w:tc>
          <w:tcPr>
            <w:tcW w:w="720" w:type="dxa"/>
            <w:shd w:val="clear" w:color="auto" w:fill="F8FAFC"/>
            <w:tcMar>
              <w:top w:w="38" w:type="dxa"/>
              <w:left w:w="90" w:type="dxa"/>
              <w:bottom w:w="38" w:type="dxa"/>
              <w:right w:w="90" w:type="dxa"/>
            </w:tcMar>
            <w:vAlign w:val="center"/>
          </w:tcPr>
          <w:p w14:paraId="2B95B99F" w14:textId="77777777" w:rsidR="00894831" w:rsidRDefault="00421CA7">
            <w:pPr>
              <w:spacing w:after="0" w:line="240" w:lineRule="auto"/>
              <w:jc w:val="center"/>
            </w:pPr>
            <w:r>
              <w:rPr>
                <w:sz w:val="16"/>
              </w:rPr>
              <w:t>34</w:t>
            </w:r>
          </w:p>
        </w:tc>
        <w:tc>
          <w:tcPr>
            <w:tcW w:w="2200" w:type="dxa"/>
            <w:shd w:val="clear" w:color="auto" w:fill="F8FAFC"/>
            <w:tcMar>
              <w:top w:w="38" w:type="dxa"/>
              <w:left w:w="90" w:type="dxa"/>
              <w:bottom w:w="38" w:type="dxa"/>
              <w:right w:w="90" w:type="dxa"/>
            </w:tcMar>
            <w:vAlign w:val="center"/>
          </w:tcPr>
          <w:p w14:paraId="29FEE201" w14:textId="77777777" w:rsidR="00894831" w:rsidRDefault="00421CA7">
            <w:pPr>
              <w:spacing w:after="0" w:line="240" w:lineRule="auto"/>
            </w:pPr>
            <w:r>
              <w:rPr>
                <w:sz w:val="16"/>
              </w:rPr>
              <w:t>Kerala</w:t>
            </w:r>
          </w:p>
        </w:tc>
        <w:tc>
          <w:tcPr>
            <w:tcW w:w="4100" w:type="dxa"/>
            <w:shd w:val="clear" w:color="auto" w:fill="F8FAFC"/>
            <w:tcMar>
              <w:top w:w="38" w:type="dxa"/>
              <w:left w:w="90" w:type="dxa"/>
              <w:bottom w:w="38" w:type="dxa"/>
              <w:right w:w="90" w:type="dxa"/>
            </w:tcMar>
            <w:vAlign w:val="center"/>
          </w:tcPr>
          <w:p w14:paraId="323100A7" w14:textId="77777777" w:rsidR="00894831" w:rsidRDefault="00421CA7">
            <w:pPr>
              <w:spacing w:after="0" w:line="240" w:lineRule="auto"/>
            </w:pPr>
            <w:r>
              <w:rPr>
                <w:sz w:val="16"/>
              </w:rPr>
              <w:t>All Districts</w:t>
            </w:r>
          </w:p>
        </w:tc>
        <w:tc>
          <w:tcPr>
            <w:tcW w:w="2340" w:type="dxa"/>
            <w:shd w:val="clear" w:color="auto" w:fill="F8FAFC"/>
            <w:tcMar>
              <w:top w:w="38" w:type="dxa"/>
              <w:left w:w="90" w:type="dxa"/>
              <w:bottom w:w="38" w:type="dxa"/>
              <w:right w:w="90" w:type="dxa"/>
            </w:tcMar>
            <w:vAlign w:val="center"/>
          </w:tcPr>
          <w:p w14:paraId="1CF2DAAA" w14:textId="77777777" w:rsidR="00894831" w:rsidRDefault="00421CA7">
            <w:pPr>
              <w:spacing w:after="0" w:line="240" w:lineRule="auto"/>
              <w:jc w:val="center"/>
            </w:pPr>
            <w:r>
              <w:rPr>
                <w:sz w:val="16"/>
              </w:rPr>
              <w:t>300</w:t>
            </w:r>
          </w:p>
        </w:tc>
      </w:tr>
      <w:tr w:rsidR="00894831" w14:paraId="112C08E5" w14:textId="77777777">
        <w:trPr>
          <w:cantSplit/>
        </w:trPr>
        <w:tc>
          <w:tcPr>
            <w:tcW w:w="720" w:type="dxa"/>
            <w:tcMar>
              <w:top w:w="38" w:type="dxa"/>
              <w:left w:w="90" w:type="dxa"/>
              <w:bottom w:w="38" w:type="dxa"/>
              <w:right w:w="90" w:type="dxa"/>
            </w:tcMar>
            <w:vAlign w:val="center"/>
          </w:tcPr>
          <w:p w14:paraId="51D08979" w14:textId="77777777" w:rsidR="00894831" w:rsidRDefault="00421CA7">
            <w:pPr>
              <w:spacing w:after="0" w:line="240" w:lineRule="auto"/>
              <w:jc w:val="center"/>
            </w:pPr>
            <w:r>
              <w:rPr>
                <w:sz w:val="16"/>
              </w:rPr>
              <w:t>35</w:t>
            </w:r>
          </w:p>
        </w:tc>
        <w:tc>
          <w:tcPr>
            <w:tcW w:w="2200" w:type="dxa"/>
            <w:tcMar>
              <w:top w:w="38" w:type="dxa"/>
              <w:left w:w="90" w:type="dxa"/>
              <w:bottom w:w="38" w:type="dxa"/>
              <w:right w:w="90" w:type="dxa"/>
            </w:tcMar>
            <w:vAlign w:val="center"/>
          </w:tcPr>
          <w:p w14:paraId="4836BE53" w14:textId="77777777" w:rsidR="00894831" w:rsidRDefault="00421CA7">
            <w:pPr>
              <w:spacing w:after="0" w:line="240" w:lineRule="auto"/>
            </w:pPr>
            <w:r>
              <w:rPr>
                <w:sz w:val="16"/>
              </w:rPr>
              <w:t>Meghalaya</w:t>
            </w:r>
          </w:p>
        </w:tc>
        <w:tc>
          <w:tcPr>
            <w:tcW w:w="4100" w:type="dxa"/>
            <w:tcMar>
              <w:top w:w="38" w:type="dxa"/>
              <w:left w:w="90" w:type="dxa"/>
              <w:bottom w:w="38" w:type="dxa"/>
              <w:right w:w="90" w:type="dxa"/>
            </w:tcMar>
            <w:vAlign w:val="center"/>
          </w:tcPr>
          <w:p w14:paraId="7730480C" w14:textId="77777777" w:rsidR="00894831" w:rsidRDefault="00421CA7">
            <w:pPr>
              <w:spacing w:after="0" w:line="240" w:lineRule="auto"/>
            </w:pPr>
            <w:r>
              <w:rPr>
                <w:sz w:val="16"/>
              </w:rPr>
              <w:t>All Districts</w:t>
            </w:r>
          </w:p>
        </w:tc>
        <w:tc>
          <w:tcPr>
            <w:tcW w:w="2340" w:type="dxa"/>
            <w:tcMar>
              <w:top w:w="38" w:type="dxa"/>
              <w:left w:w="90" w:type="dxa"/>
              <w:bottom w:w="38" w:type="dxa"/>
              <w:right w:w="90" w:type="dxa"/>
            </w:tcMar>
            <w:vAlign w:val="center"/>
          </w:tcPr>
          <w:p w14:paraId="1248E2A8" w14:textId="77777777" w:rsidR="00894831" w:rsidRDefault="00421CA7">
            <w:pPr>
              <w:spacing w:after="0" w:line="240" w:lineRule="auto"/>
              <w:jc w:val="center"/>
            </w:pPr>
            <w:r>
              <w:rPr>
                <w:sz w:val="16"/>
              </w:rPr>
              <w:t>300</w:t>
            </w:r>
          </w:p>
        </w:tc>
      </w:tr>
      <w:tr w:rsidR="00894831" w14:paraId="22188565" w14:textId="77777777">
        <w:trPr>
          <w:cantSplit/>
        </w:trPr>
        <w:tc>
          <w:tcPr>
            <w:tcW w:w="720" w:type="dxa"/>
            <w:shd w:val="clear" w:color="auto" w:fill="F8FAFC"/>
            <w:tcMar>
              <w:top w:w="38" w:type="dxa"/>
              <w:left w:w="90" w:type="dxa"/>
              <w:bottom w:w="38" w:type="dxa"/>
              <w:right w:w="90" w:type="dxa"/>
            </w:tcMar>
            <w:vAlign w:val="center"/>
          </w:tcPr>
          <w:p w14:paraId="615E0611" w14:textId="77777777" w:rsidR="00894831" w:rsidRDefault="00421CA7">
            <w:pPr>
              <w:spacing w:after="0" w:line="240" w:lineRule="auto"/>
              <w:jc w:val="center"/>
            </w:pPr>
            <w:r>
              <w:rPr>
                <w:sz w:val="16"/>
              </w:rPr>
              <w:t>36</w:t>
            </w:r>
          </w:p>
        </w:tc>
        <w:tc>
          <w:tcPr>
            <w:tcW w:w="2200" w:type="dxa"/>
            <w:shd w:val="clear" w:color="auto" w:fill="F8FAFC"/>
            <w:tcMar>
              <w:top w:w="38" w:type="dxa"/>
              <w:left w:w="90" w:type="dxa"/>
              <w:bottom w:w="38" w:type="dxa"/>
              <w:right w:w="90" w:type="dxa"/>
            </w:tcMar>
            <w:vAlign w:val="center"/>
          </w:tcPr>
          <w:p w14:paraId="6F1BA1F3" w14:textId="77777777" w:rsidR="00894831" w:rsidRDefault="00421CA7">
            <w:pPr>
              <w:spacing w:after="0" w:line="240" w:lineRule="auto"/>
            </w:pPr>
            <w:r>
              <w:rPr>
                <w:sz w:val="16"/>
              </w:rPr>
              <w:t>Sikkim</w:t>
            </w:r>
          </w:p>
        </w:tc>
        <w:tc>
          <w:tcPr>
            <w:tcW w:w="4100" w:type="dxa"/>
            <w:shd w:val="clear" w:color="auto" w:fill="F8FAFC"/>
            <w:tcMar>
              <w:top w:w="38" w:type="dxa"/>
              <w:left w:w="90" w:type="dxa"/>
              <w:bottom w:w="38" w:type="dxa"/>
              <w:right w:w="90" w:type="dxa"/>
            </w:tcMar>
            <w:vAlign w:val="center"/>
          </w:tcPr>
          <w:p w14:paraId="1220D713" w14:textId="77777777" w:rsidR="00894831" w:rsidRDefault="00421CA7">
            <w:pPr>
              <w:spacing w:after="0" w:line="240" w:lineRule="auto"/>
            </w:pPr>
            <w:r>
              <w:rPr>
                <w:sz w:val="16"/>
              </w:rPr>
              <w:t>All Districts</w:t>
            </w:r>
          </w:p>
        </w:tc>
        <w:tc>
          <w:tcPr>
            <w:tcW w:w="2340" w:type="dxa"/>
            <w:shd w:val="clear" w:color="auto" w:fill="F8FAFC"/>
            <w:tcMar>
              <w:top w:w="38" w:type="dxa"/>
              <w:left w:w="90" w:type="dxa"/>
              <w:bottom w:w="38" w:type="dxa"/>
              <w:right w:w="90" w:type="dxa"/>
            </w:tcMar>
            <w:vAlign w:val="center"/>
          </w:tcPr>
          <w:p w14:paraId="10E7A7AE" w14:textId="77777777" w:rsidR="00894831" w:rsidRDefault="00421CA7">
            <w:pPr>
              <w:spacing w:after="0" w:line="240" w:lineRule="auto"/>
              <w:jc w:val="center"/>
            </w:pPr>
            <w:r>
              <w:rPr>
                <w:sz w:val="16"/>
              </w:rPr>
              <w:t>300</w:t>
            </w:r>
          </w:p>
        </w:tc>
      </w:tr>
      <w:tr w:rsidR="00894831" w14:paraId="3829317D" w14:textId="77777777">
        <w:trPr>
          <w:cantSplit/>
        </w:trPr>
        <w:tc>
          <w:tcPr>
            <w:tcW w:w="720" w:type="dxa"/>
            <w:tcMar>
              <w:top w:w="38" w:type="dxa"/>
              <w:left w:w="90" w:type="dxa"/>
              <w:bottom w:w="38" w:type="dxa"/>
              <w:right w:w="90" w:type="dxa"/>
            </w:tcMar>
            <w:vAlign w:val="center"/>
          </w:tcPr>
          <w:p w14:paraId="21C23C99" w14:textId="77777777" w:rsidR="00894831" w:rsidRDefault="00421CA7">
            <w:pPr>
              <w:spacing w:after="0" w:line="240" w:lineRule="auto"/>
              <w:jc w:val="center"/>
            </w:pPr>
            <w:r>
              <w:rPr>
                <w:sz w:val="16"/>
              </w:rPr>
              <w:t>37</w:t>
            </w:r>
          </w:p>
        </w:tc>
        <w:tc>
          <w:tcPr>
            <w:tcW w:w="2200" w:type="dxa"/>
            <w:tcMar>
              <w:top w:w="38" w:type="dxa"/>
              <w:left w:w="90" w:type="dxa"/>
              <w:bottom w:w="38" w:type="dxa"/>
              <w:right w:w="90" w:type="dxa"/>
            </w:tcMar>
            <w:vAlign w:val="center"/>
          </w:tcPr>
          <w:p w14:paraId="339B894F" w14:textId="77777777" w:rsidR="00894831" w:rsidRDefault="00421CA7">
            <w:pPr>
              <w:spacing w:after="0" w:line="240" w:lineRule="auto"/>
            </w:pPr>
            <w:r>
              <w:rPr>
                <w:sz w:val="16"/>
              </w:rPr>
              <w:t>Delhi (National Capital Territory)</w:t>
            </w:r>
          </w:p>
        </w:tc>
        <w:tc>
          <w:tcPr>
            <w:tcW w:w="4100" w:type="dxa"/>
            <w:tcMar>
              <w:top w:w="38" w:type="dxa"/>
              <w:left w:w="90" w:type="dxa"/>
              <w:bottom w:w="38" w:type="dxa"/>
              <w:right w:w="90" w:type="dxa"/>
            </w:tcMar>
            <w:vAlign w:val="center"/>
          </w:tcPr>
          <w:p w14:paraId="70EF595D" w14:textId="77777777" w:rsidR="00894831" w:rsidRDefault="00421CA7">
            <w:pPr>
              <w:spacing w:after="0" w:line="240" w:lineRule="auto"/>
            </w:pPr>
            <w:r>
              <w:rPr>
                <w:sz w:val="16"/>
              </w:rPr>
              <w:t>All Districts</w:t>
            </w:r>
          </w:p>
        </w:tc>
        <w:tc>
          <w:tcPr>
            <w:tcW w:w="2340" w:type="dxa"/>
            <w:tcMar>
              <w:top w:w="38" w:type="dxa"/>
              <w:left w:w="90" w:type="dxa"/>
              <w:bottom w:w="38" w:type="dxa"/>
              <w:right w:w="90" w:type="dxa"/>
            </w:tcMar>
            <w:vAlign w:val="center"/>
          </w:tcPr>
          <w:p w14:paraId="2944316F" w14:textId="77777777" w:rsidR="00894831" w:rsidRDefault="00421CA7">
            <w:pPr>
              <w:spacing w:after="0" w:line="240" w:lineRule="auto"/>
              <w:jc w:val="center"/>
            </w:pPr>
            <w:r>
              <w:rPr>
                <w:sz w:val="16"/>
              </w:rPr>
              <w:t>300</w:t>
            </w:r>
          </w:p>
        </w:tc>
      </w:tr>
      <w:tr w:rsidR="00894831" w14:paraId="638F7958" w14:textId="77777777">
        <w:trPr>
          <w:cantSplit/>
        </w:trPr>
        <w:tc>
          <w:tcPr>
            <w:tcW w:w="7020" w:type="dxa"/>
            <w:gridSpan w:val="3"/>
            <w:shd w:val="clear" w:color="auto" w:fill="EAF4EA"/>
            <w:tcMar>
              <w:top w:w="90" w:type="dxa"/>
              <w:left w:w="100" w:type="dxa"/>
              <w:bottom w:w="90" w:type="dxa"/>
              <w:right w:w="100" w:type="dxa"/>
            </w:tcMar>
          </w:tcPr>
          <w:p w14:paraId="1F5C4ACD" w14:textId="3C585F01" w:rsidR="00894831" w:rsidRDefault="00421CA7">
            <w:pPr>
              <w:jc w:val="right"/>
            </w:pPr>
            <w:r>
              <w:rPr>
                <w:b/>
                <w:color w:val="2E7D32"/>
                <w:sz w:val="19"/>
              </w:rPr>
              <w:t>Total Target</w:t>
            </w:r>
          </w:p>
        </w:tc>
        <w:tc>
          <w:tcPr>
            <w:tcW w:w="2340" w:type="dxa"/>
            <w:shd w:val="clear" w:color="auto" w:fill="EAF4EA"/>
            <w:tcMar>
              <w:top w:w="90" w:type="dxa"/>
              <w:left w:w="100" w:type="dxa"/>
              <w:bottom w:w="90" w:type="dxa"/>
              <w:right w:w="100" w:type="dxa"/>
            </w:tcMar>
          </w:tcPr>
          <w:p w14:paraId="32AE4B67" w14:textId="77777777" w:rsidR="00894831" w:rsidRDefault="00421CA7">
            <w:pPr>
              <w:jc w:val="center"/>
            </w:pPr>
            <w:r>
              <w:rPr>
                <w:b/>
                <w:color w:val="2E7D32"/>
                <w:sz w:val="19"/>
              </w:rPr>
              <w:t>10,000</w:t>
            </w:r>
          </w:p>
        </w:tc>
      </w:tr>
    </w:tbl>
    <w:p w14:paraId="122F1763" w14:textId="77777777" w:rsidR="00894831" w:rsidRDefault="00421CA7">
      <w:r>
        <w:br w:type="page"/>
      </w:r>
    </w:p>
    <w:p w14:paraId="33A0F274" w14:textId="77777777" w:rsidR="00894831" w:rsidRDefault="00421CA7">
      <w:pPr>
        <w:pStyle w:val="Heading1"/>
      </w:pPr>
      <w:r>
        <w:lastRenderedPageBreak/>
        <w:t>4. Eligibility Criteria</w:t>
      </w:r>
    </w:p>
    <w:p w14:paraId="40821C8A" w14:textId="77777777" w:rsidR="00894831" w:rsidRDefault="00421CA7">
      <w:pPr>
        <w:pStyle w:val="ListBullet"/>
      </w:pPr>
      <w:r>
        <w:t>The applicant shall be a legally registered entity in India and shall not be blacklisted, debarred or otherwise prohibited by any Government body, Ministry, NSDC, NCVET, SCGJ or another competent authority.</w:t>
      </w:r>
    </w:p>
    <w:p w14:paraId="5A8DB026" w14:textId="77777777" w:rsidR="00894831" w:rsidRDefault="00421CA7">
      <w:pPr>
        <w:pStyle w:val="ListBullet"/>
      </w:pPr>
      <w:r>
        <w:t xml:space="preserve">The proposed Training Centre shall hold valid affiliation/accreditation on SIDH under SCGJ for the job role “Solar PV Installation Helper” on the </w:t>
      </w:r>
      <w:r w:rsidRPr="00E9052F">
        <w:rPr>
          <w:b/>
          <w:bCs/>
          <w:u w:val="single"/>
        </w:rPr>
        <w:t>date of application and throughout the engagement</w:t>
      </w:r>
      <w:r>
        <w:t>.</w:t>
      </w:r>
    </w:p>
    <w:p w14:paraId="08AB8FBA" w14:textId="77777777" w:rsidR="00894831" w:rsidRPr="00E9052F" w:rsidRDefault="00421CA7">
      <w:pPr>
        <w:pStyle w:val="ListBullet"/>
        <w:rPr>
          <w:b/>
          <w:bCs/>
        </w:rPr>
      </w:pPr>
      <w:r>
        <w:t xml:space="preserve">The Training Centre shall be situated in the assigned city/area. </w:t>
      </w:r>
      <w:r w:rsidRPr="00E9052F">
        <w:rPr>
          <w:b/>
          <w:bCs/>
        </w:rPr>
        <w:t>Preference shall be given to centres in urban areas and in proximity to the relevant Urban Local Body, Municipal Corporation, Municipality or Nagar Palika.</w:t>
      </w:r>
    </w:p>
    <w:p w14:paraId="38B597F4" w14:textId="77777777" w:rsidR="00894831" w:rsidRDefault="00421CA7">
      <w:pPr>
        <w:pStyle w:val="ListBullet"/>
      </w:pPr>
      <w:r>
        <w:t xml:space="preserve">The Training Centre shall have </w:t>
      </w:r>
      <w:r w:rsidRPr="00E9052F">
        <w:rPr>
          <w:b/>
          <w:bCs/>
        </w:rPr>
        <w:t>at least two SCGJ-certified trainers</w:t>
      </w:r>
      <w:r>
        <w:t xml:space="preserve"> available for the proposed centre and job role.</w:t>
      </w:r>
    </w:p>
    <w:p w14:paraId="29934D20" w14:textId="77777777" w:rsidR="00894831" w:rsidRDefault="00421CA7">
      <w:pPr>
        <w:pStyle w:val="ListBullet"/>
      </w:pPr>
      <w:r>
        <w:t>The centre shall have the prescribed classroom, lab, tools, equipment, safety arrangements and an installed/functional solar system required for practical training.</w:t>
      </w:r>
    </w:p>
    <w:p w14:paraId="1302842B" w14:textId="77777777" w:rsidR="00894831" w:rsidRDefault="00421CA7">
      <w:pPr>
        <w:pStyle w:val="ListBullet"/>
      </w:pPr>
      <w:r>
        <w:t>The centre shall have adequate systems and personnel for SIDH operations, face-authentication attendance, candidate data, MIS, documentation and evidence management.</w:t>
      </w:r>
    </w:p>
    <w:p w14:paraId="62951A4B" w14:textId="77777777" w:rsidR="00894831" w:rsidRDefault="00421CA7">
      <w:pPr>
        <w:pStyle w:val="Heading1"/>
      </w:pPr>
      <w:r>
        <w:t>5. Mandatory Documents</w:t>
      </w:r>
    </w:p>
    <w:p w14:paraId="6B7A54C0" w14:textId="77777777" w:rsidR="00894831" w:rsidRDefault="00421CA7">
      <w:pPr>
        <w:pStyle w:val="ListBullet"/>
      </w:pPr>
      <w:r>
        <w:t>Valid SIDH affiliation/accreditation certificate for the proposed Training Centre and job role.</w:t>
      </w:r>
    </w:p>
    <w:p w14:paraId="0AD45104" w14:textId="77777777" w:rsidR="00894831" w:rsidRDefault="00421CA7">
      <w:pPr>
        <w:pStyle w:val="ListBullet"/>
      </w:pPr>
      <w:r>
        <w:t>Clear, recent and geo-tagged photographs of the classroom, lab, installed solar system, tools and equipment.</w:t>
      </w:r>
    </w:p>
    <w:p w14:paraId="0E34BBA8" w14:textId="77777777" w:rsidR="00894831" w:rsidRDefault="00421CA7">
      <w:pPr>
        <w:pStyle w:val="ListBullet"/>
      </w:pPr>
      <w:r>
        <w:t>Certificates and deployment details of at least two certified trainers.</w:t>
      </w:r>
    </w:p>
    <w:p w14:paraId="180FCE29" w14:textId="77777777" w:rsidR="00894831" w:rsidRDefault="00421CA7">
      <w:pPr>
        <w:pStyle w:val="ListBullet"/>
      </w:pPr>
      <w:r>
        <w:t>Self-declaration regarding non-blacklisting, correctness of information and acceptance of this EOI.</w:t>
      </w:r>
    </w:p>
    <w:p w14:paraId="3164C23A" w14:textId="77777777" w:rsidR="00894831" w:rsidRDefault="00421CA7">
      <w:pPr>
        <w:pStyle w:val="ListBullet"/>
      </w:pPr>
      <w:r>
        <w:t>Proposed mobilisation and batch commencement plan for the assigned location.</w:t>
      </w:r>
    </w:p>
    <w:tbl>
      <w:tblPr>
        <w:tblW w:w="9360" w:type="dxa"/>
        <w:tblInd w:w="120" w:type="dxa"/>
        <w:tblLayout w:type="fixed"/>
        <w:tblLook w:val="04A0" w:firstRow="1" w:lastRow="0" w:firstColumn="1" w:lastColumn="0" w:noHBand="0" w:noVBand="1"/>
      </w:tblPr>
      <w:tblGrid>
        <w:gridCol w:w="9360"/>
      </w:tblGrid>
      <w:tr w:rsidR="00894831" w14:paraId="0D62357E" w14:textId="77777777">
        <w:trPr>
          <w:cantSplit/>
        </w:trPr>
        <w:tc>
          <w:tcPr>
            <w:tcW w:w="9360" w:type="dxa"/>
            <w:shd w:val="clear" w:color="auto" w:fill="EAF4EA"/>
            <w:tcMar>
              <w:top w:w="130" w:type="dxa"/>
              <w:left w:w="180" w:type="dxa"/>
              <w:bottom w:w="130" w:type="dxa"/>
              <w:right w:w="180" w:type="dxa"/>
            </w:tcMar>
          </w:tcPr>
          <w:p w14:paraId="017C01EB" w14:textId="77777777" w:rsidR="00894831" w:rsidRDefault="00421CA7">
            <w:pPr>
              <w:spacing w:after="0"/>
            </w:pPr>
            <w:r>
              <w:rPr>
                <w:b/>
                <w:color w:val="2E7D32"/>
              </w:rPr>
              <w:t xml:space="preserve">Separate application: </w:t>
            </w:r>
            <w:r>
              <w:t>A separate and complete application shall be submitted for each Training Centre. Documents of one centre shall not be treated as compliance for another centre.</w:t>
            </w:r>
          </w:p>
        </w:tc>
      </w:tr>
    </w:tbl>
    <w:p w14:paraId="0BAAE132" w14:textId="77777777" w:rsidR="00894831" w:rsidRDefault="00894831">
      <w:pPr>
        <w:spacing w:after="20"/>
      </w:pPr>
    </w:p>
    <w:p w14:paraId="358DDF8B" w14:textId="170EEA6A" w:rsidR="00894831" w:rsidRDefault="00421CA7">
      <w:pPr>
        <w:pStyle w:val="Heading1"/>
      </w:pPr>
      <w:r>
        <w:t>6. Evaluation and First-Come-First-Served</w:t>
      </w:r>
      <w:r w:rsidR="00FE075D">
        <w:t xml:space="preserve"> (FCFS)</w:t>
      </w:r>
      <w:r>
        <w:t xml:space="preserve"> Allocation</w:t>
      </w:r>
    </w:p>
    <w:p w14:paraId="1EC5A550" w14:textId="77777777" w:rsidR="00894831" w:rsidRDefault="00421CA7">
      <w:pPr>
        <w:pStyle w:val="ListNumber"/>
      </w:pPr>
      <w:r>
        <w:t>Applications shall first be checked for completeness, eligibility, document validity, location suitability and operational readiness.</w:t>
      </w:r>
    </w:p>
    <w:p w14:paraId="1F63A6B6" w14:textId="77777777" w:rsidR="00894831" w:rsidRDefault="00421CA7">
      <w:pPr>
        <w:pStyle w:val="ListNumber"/>
      </w:pPr>
      <w:r>
        <w:t>FCFS priority shall apply only among applications that are complete, eligible, verifiable and fully compliant.</w:t>
      </w:r>
    </w:p>
    <w:p w14:paraId="4CFF53E1" w14:textId="77777777" w:rsidR="00894831" w:rsidRDefault="00421CA7">
      <w:pPr>
        <w:pStyle w:val="ListNumber"/>
      </w:pPr>
      <w:r>
        <w:t>The timestamp of receipt of the complete application shall determine priority. An incomplete or unverifiable application shall not retain its original timestamp priority; its priority, if considered after rectification, shall be counted from the date and time the complete information is received.</w:t>
      </w:r>
    </w:p>
    <w:p w14:paraId="7A41CEAE" w14:textId="77777777" w:rsidR="00894831" w:rsidRDefault="00421CA7">
      <w:pPr>
        <w:pStyle w:val="ListNumber"/>
      </w:pPr>
      <w:r>
        <w:t>SCGJ may conduct document verification, virtual inspection and/or physical inspection before empanelment or allocation.</w:t>
      </w:r>
    </w:p>
    <w:p w14:paraId="49A2D149" w14:textId="77777777" w:rsidR="00894831" w:rsidRDefault="00421CA7">
      <w:pPr>
        <w:pStyle w:val="ListNumber"/>
      </w:pPr>
      <w:r>
        <w:t>Where a location target is exhausted, eligible centres may be placed on a location-wise waiting list in timestamp order.</w:t>
      </w:r>
    </w:p>
    <w:p w14:paraId="7098C22D" w14:textId="77777777" w:rsidR="00894831" w:rsidRDefault="00421CA7">
      <w:pPr>
        <w:pStyle w:val="Heading1"/>
      </w:pPr>
      <w:r>
        <w:t>7. Training, Attendance and Assessment Conditions</w:t>
      </w:r>
    </w:p>
    <w:p w14:paraId="2F5E2346" w14:textId="77777777" w:rsidR="00894831" w:rsidRDefault="00421CA7">
      <w:pPr>
        <w:pStyle w:val="ListBullet"/>
      </w:pPr>
      <w:r>
        <w:t>Training shall be conducted strictly as per the approved curriculum, duration, batch size and instructions issued by SCGJ.</w:t>
      </w:r>
    </w:p>
    <w:p w14:paraId="497BEFB3" w14:textId="77777777" w:rsidR="00894831" w:rsidRDefault="00421CA7">
      <w:pPr>
        <w:pStyle w:val="ListBullet"/>
      </w:pPr>
      <w:r>
        <w:lastRenderedPageBreak/>
        <w:t>One hundred per cent (100%) attendance is mandatory for a candidate to become eligible for assessment. Attendance shall be captured only through the prescribed face-authentication/AEBAS mechanism, wherever applicable.</w:t>
      </w:r>
    </w:p>
    <w:p w14:paraId="32A77381" w14:textId="77777777" w:rsidR="00894831" w:rsidRDefault="00421CA7">
      <w:pPr>
        <w:pStyle w:val="ListBullet"/>
      </w:pPr>
      <w:r>
        <w:t>The Training Centre shall ensure that the certified trainers remain present and conduct the training assigned to them. Substitution requires prior approval where mandated.</w:t>
      </w:r>
    </w:p>
    <w:p w14:paraId="5D06EEA8" w14:textId="77777777" w:rsidR="00894831" w:rsidRDefault="00421CA7">
      <w:pPr>
        <w:pStyle w:val="ListBullet"/>
      </w:pPr>
      <w:r>
        <w:t>Candidates shall be assessed only after fulfilment of training and attendance requirements and completion of required records.</w:t>
      </w:r>
    </w:p>
    <w:p w14:paraId="6DFE9837" w14:textId="77777777" w:rsidR="00894831" w:rsidRDefault="00421CA7">
      <w:pPr>
        <w:pStyle w:val="ListBullet"/>
      </w:pPr>
      <w:r>
        <w:t>No subletting, franchising or unauthorised transfer of the allocated target shall be permitted.</w:t>
      </w:r>
    </w:p>
    <w:p w14:paraId="5B22797A" w14:textId="77777777" w:rsidR="00894831" w:rsidRDefault="00421CA7">
      <w:pPr>
        <w:pStyle w:val="Heading1"/>
      </w:pPr>
      <w:r>
        <w:t>8. Monitoring, Evidence and Record Keeping</w:t>
      </w:r>
    </w:p>
    <w:p w14:paraId="549B3521" w14:textId="77777777" w:rsidR="00894831" w:rsidRDefault="00421CA7">
      <w:pPr>
        <w:pStyle w:val="ListBullet"/>
      </w:pPr>
      <w:r>
        <w:t>SCGJ or its authorised representatives may monitor training through physical visits, virtual inspections, CCTV/live access, video conference or any other prescribed mechanism, with or without prior notice.</w:t>
      </w:r>
    </w:p>
    <w:p w14:paraId="61521DD6" w14:textId="77777777" w:rsidR="00894831" w:rsidRDefault="00421CA7">
      <w:pPr>
        <w:pStyle w:val="ListBullet"/>
      </w:pPr>
      <w:r>
        <w:t>The Training Centre shall maintain batch-wise and day-wise geo-tagged photographs carrying date, time and location details, along with videos and other evidence prescribed by SCGJ.</w:t>
      </w:r>
    </w:p>
    <w:p w14:paraId="264F7555" w14:textId="77777777" w:rsidR="00894831" w:rsidRDefault="00421CA7">
      <w:pPr>
        <w:pStyle w:val="ListBullet"/>
      </w:pPr>
      <w:r>
        <w:t>Attendance screenshots/records, candidate documents, training records, assessment records, certificates, Batch Closure Reports, invoices and payment evidence shall be maintained and produced whenever sought.</w:t>
      </w:r>
    </w:p>
    <w:p w14:paraId="51550882" w14:textId="77777777" w:rsidR="00894831" w:rsidRDefault="00421CA7">
      <w:pPr>
        <w:pStyle w:val="ListBullet"/>
      </w:pPr>
      <w:r>
        <w:t>Camera-on participation in scheduled monitoring sessions and timely submission of accurate MIS shall be mandatory.</w:t>
      </w:r>
    </w:p>
    <w:p w14:paraId="463439C5" w14:textId="77777777" w:rsidR="00894831" w:rsidRDefault="00421CA7">
      <w:pPr>
        <w:pStyle w:val="ListBullet"/>
      </w:pPr>
      <w:r>
        <w:t>Any falsification, impersonation, attendance manipulation, duplicate claim, forged document or misrepresentation may result in target revocation, recovery, blacklisting/debarment recommendation and other action permissible under law or programme guidelines.</w:t>
      </w:r>
    </w:p>
    <w:p w14:paraId="5C990C89" w14:textId="77777777" w:rsidR="00894831" w:rsidRDefault="00421CA7">
      <w:pPr>
        <w:pStyle w:val="Heading1"/>
      </w:pPr>
      <w:r>
        <w:t>9. Financial and Payment Conditions</w:t>
      </w:r>
    </w:p>
    <w:p w14:paraId="7682D908" w14:textId="77777777" w:rsidR="00894831" w:rsidRDefault="00421CA7">
      <w:r>
        <w:t>The following payment terms may apply where the allocation/work order issued by SCGJ adopts the existing PM Surya Ghar financial framework:</w:t>
      </w:r>
    </w:p>
    <w:tbl>
      <w:tblPr>
        <w:tblStyle w:val="TableGrid"/>
        <w:tblW w:w="9360" w:type="dxa"/>
        <w:tblInd w:w="120" w:type="dxa"/>
        <w:tblLayout w:type="fixed"/>
        <w:tblLook w:val="04A0" w:firstRow="1" w:lastRow="0" w:firstColumn="1" w:lastColumn="0" w:noHBand="0" w:noVBand="1"/>
      </w:tblPr>
      <w:tblGrid>
        <w:gridCol w:w="2520"/>
        <w:gridCol w:w="1800"/>
        <w:gridCol w:w="5040"/>
      </w:tblGrid>
      <w:tr w:rsidR="00894831" w14:paraId="16CEC81D" w14:textId="77777777">
        <w:trPr>
          <w:cantSplit/>
        </w:trPr>
        <w:tc>
          <w:tcPr>
            <w:tcW w:w="2520" w:type="dxa"/>
            <w:shd w:val="clear" w:color="auto" w:fill="17365D"/>
            <w:tcMar>
              <w:top w:w="80" w:type="dxa"/>
              <w:left w:w="120" w:type="dxa"/>
              <w:bottom w:w="80" w:type="dxa"/>
              <w:right w:w="120" w:type="dxa"/>
            </w:tcMar>
          </w:tcPr>
          <w:p w14:paraId="14CCEC03" w14:textId="77777777" w:rsidR="00894831" w:rsidRDefault="00421CA7">
            <w:pPr>
              <w:jc w:val="center"/>
            </w:pPr>
            <w:r>
              <w:rPr>
                <w:b/>
                <w:color w:val="FFFFFF"/>
                <w:sz w:val="18"/>
              </w:rPr>
              <w:t>Component</w:t>
            </w:r>
          </w:p>
        </w:tc>
        <w:tc>
          <w:tcPr>
            <w:tcW w:w="1800" w:type="dxa"/>
            <w:shd w:val="clear" w:color="auto" w:fill="17365D"/>
            <w:tcMar>
              <w:top w:w="80" w:type="dxa"/>
              <w:left w:w="120" w:type="dxa"/>
              <w:bottom w:w="80" w:type="dxa"/>
              <w:right w:w="120" w:type="dxa"/>
            </w:tcMar>
          </w:tcPr>
          <w:p w14:paraId="1486FC58" w14:textId="77777777" w:rsidR="00894831" w:rsidRDefault="00421CA7">
            <w:pPr>
              <w:jc w:val="center"/>
            </w:pPr>
            <w:r>
              <w:rPr>
                <w:b/>
                <w:color w:val="FFFFFF"/>
                <w:sz w:val="18"/>
              </w:rPr>
              <w:t>Rate</w:t>
            </w:r>
          </w:p>
        </w:tc>
        <w:tc>
          <w:tcPr>
            <w:tcW w:w="5040" w:type="dxa"/>
            <w:shd w:val="clear" w:color="auto" w:fill="17365D"/>
            <w:tcMar>
              <w:top w:w="80" w:type="dxa"/>
              <w:left w:w="120" w:type="dxa"/>
              <w:bottom w:w="80" w:type="dxa"/>
              <w:right w:w="120" w:type="dxa"/>
            </w:tcMar>
          </w:tcPr>
          <w:p w14:paraId="198B79DD" w14:textId="77777777" w:rsidR="00894831" w:rsidRDefault="00421CA7">
            <w:pPr>
              <w:jc w:val="center"/>
            </w:pPr>
            <w:r>
              <w:rPr>
                <w:b/>
                <w:color w:val="FFFFFF"/>
                <w:sz w:val="18"/>
              </w:rPr>
              <w:t>Key condition</w:t>
            </w:r>
          </w:p>
        </w:tc>
      </w:tr>
      <w:tr w:rsidR="00894831" w14:paraId="6A4C2D89" w14:textId="77777777">
        <w:trPr>
          <w:cantSplit/>
        </w:trPr>
        <w:tc>
          <w:tcPr>
            <w:tcW w:w="2520" w:type="dxa"/>
            <w:tcMar>
              <w:top w:w="90" w:type="dxa"/>
              <w:left w:w="110" w:type="dxa"/>
              <w:bottom w:w="90" w:type="dxa"/>
              <w:right w:w="110" w:type="dxa"/>
            </w:tcMar>
          </w:tcPr>
          <w:p w14:paraId="15DFB630" w14:textId="77777777" w:rsidR="00894831" w:rsidRDefault="00421CA7">
            <w:r>
              <w:rPr>
                <w:sz w:val="18"/>
              </w:rPr>
              <w:t>Training fee</w:t>
            </w:r>
          </w:p>
        </w:tc>
        <w:tc>
          <w:tcPr>
            <w:tcW w:w="1800" w:type="dxa"/>
            <w:tcMar>
              <w:top w:w="90" w:type="dxa"/>
              <w:left w:w="110" w:type="dxa"/>
              <w:bottom w:w="90" w:type="dxa"/>
              <w:right w:w="110" w:type="dxa"/>
            </w:tcMar>
          </w:tcPr>
          <w:p w14:paraId="425D0503" w14:textId="77777777" w:rsidR="00894831" w:rsidRDefault="00421CA7">
            <w:r>
              <w:rPr>
                <w:sz w:val="18"/>
              </w:rPr>
              <w:t>₹3,000 per successful candidate</w:t>
            </w:r>
          </w:p>
        </w:tc>
        <w:tc>
          <w:tcPr>
            <w:tcW w:w="5040" w:type="dxa"/>
            <w:tcMar>
              <w:top w:w="90" w:type="dxa"/>
              <w:left w:w="110" w:type="dxa"/>
              <w:bottom w:w="90" w:type="dxa"/>
              <w:right w:w="110" w:type="dxa"/>
            </w:tcMar>
          </w:tcPr>
          <w:p w14:paraId="05961910" w14:textId="77777777" w:rsidR="00894831" w:rsidRDefault="00421CA7">
            <w:r>
              <w:rPr>
                <w:sz w:val="18"/>
              </w:rPr>
              <w:t>Payable for eligible pass-outs after verification and subject to receipt of corresponding funds by SCGJ.</w:t>
            </w:r>
          </w:p>
        </w:tc>
      </w:tr>
      <w:tr w:rsidR="00894831" w14:paraId="2B1D756C" w14:textId="77777777">
        <w:trPr>
          <w:cantSplit/>
        </w:trPr>
        <w:tc>
          <w:tcPr>
            <w:tcW w:w="2520" w:type="dxa"/>
            <w:tcMar>
              <w:top w:w="90" w:type="dxa"/>
              <w:left w:w="110" w:type="dxa"/>
              <w:bottom w:w="90" w:type="dxa"/>
              <w:right w:w="110" w:type="dxa"/>
            </w:tcMar>
          </w:tcPr>
          <w:p w14:paraId="077BDFDA" w14:textId="77777777" w:rsidR="00894831" w:rsidRDefault="00421CA7">
            <w:r>
              <w:rPr>
                <w:sz w:val="18"/>
              </w:rPr>
              <w:t>Candidate payout / stipend</w:t>
            </w:r>
          </w:p>
        </w:tc>
        <w:tc>
          <w:tcPr>
            <w:tcW w:w="1800" w:type="dxa"/>
            <w:tcMar>
              <w:top w:w="90" w:type="dxa"/>
              <w:left w:w="110" w:type="dxa"/>
              <w:bottom w:w="90" w:type="dxa"/>
              <w:right w:w="110" w:type="dxa"/>
            </w:tcMar>
          </w:tcPr>
          <w:p w14:paraId="36476412" w14:textId="77777777" w:rsidR="00894831" w:rsidRDefault="00421CA7">
            <w:r>
              <w:rPr>
                <w:sz w:val="18"/>
              </w:rPr>
              <w:t>₹3,500 per certified candidate</w:t>
            </w:r>
          </w:p>
        </w:tc>
        <w:tc>
          <w:tcPr>
            <w:tcW w:w="5040" w:type="dxa"/>
            <w:tcMar>
              <w:top w:w="90" w:type="dxa"/>
              <w:left w:w="110" w:type="dxa"/>
              <w:bottom w:w="90" w:type="dxa"/>
              <w:right w:w="110" w:type="dxa"/>
            </w:tcMar>
          </w:tcPr>
          <w:p w14:paraId="6BD6D104" w14:textId="77777777" w:rsidR="00894831" w:rsidRDefault="00421CA7">
            <w:r>
              <w:rPr>
                <w:sz w:val="18"/>
              </w:rPr>
              <w:t>To be paid first by the Training Provider/Training Centre after SCGJ’s instruction; reimbursement is subject to proof, verification and receipt of funds.</w:t>
            </w:r>
          </w:p>
        </w:tc>
      </w:tr>
    </w:tbl>
    <w:p w14:paraId="242E8A86" w14:textId="2FAD14F2" w:rsidR="00894831" w:rsidRPr="005940C9" w:rsidRDefault="00421CA7">
      <w:pPr>
        <w:spacing w:after="80"/>
        <w:rPr>
          <w:b/>
          <w:bCs/>
        </w:rPr>
      </w:pPr>
      <w:r w:rsidRPr="00FE075D">
        <w:rPr>
          <w:b/>
          <w:bCs/>
        </w:rPr>
        <w:t>Payments shall be processed only after receipt of funds from REC</w:t>
      </w:r>
      <w:r>
        <w:t xml:space="preserve">, acceptance of correct and complete invoices, verification of Batch Closure Reports and supporting evidence, and fulfilment of all applicable conditions. </w:t>
      </w:r>
      <w:r w:rsidRPr="005940C9">
        <w:rPr>
          <w:b/>
          <w:bCs/>
        </w:rPr>
        <w:t>No interest or compensation shall be payable for delays arising from fund release, verification, correction of documents or non-compliance.</w:t>
      </w:r>
    </w:p>
    <w:p w14:paraId="28850BCD" w14:textId="77777777" w:rsidR="00894831" w:rsidRDefault="00421CA7">
      <w:r>
        <w:t>The applicable work order and written instructions issued by SCGJ shall prevail in case of any variation in rate, timeline or payment process.</w:t>
      </w:r>
    </w:p>
    <w:p w14:paraId="13227824" w14:textId="77777777" w:rsidR="00894831" w:rsidRDefault="00421CA7">
      <w:pPr>
        <w:pStyle w:val="Heading1"/>
      </w:pPr>
      <w:r>
        <w:lastRenderedPageBreak/>
        <w:t>10. Empanelment, Performance and Withdrawal</w:t>
      </w:r>
    </w:p>
    <w:p w14:paraId="2C67A730" w14:textId="77777777" w:rsidR="00894831" w:rsidRDefault="00421CA7">
      <w:pPr>
        <w:pStyle w:val="ListBullet"/>
      </w:pPr>
      <w:r>
        <w:t>Empanelment does not guarantee target allocation or payment.</w:t>
      </w:r>
    </w:p>
    <w:p w14:paraId="1F85B96D" w14:textId="77777777" w:rsidR="00894831" w:rsidRDefault="00421CA7">
      <w:pPr>
        <w:pStyle w:val="ListBullet"/>
      </w:pPr>
      <w:r>
        <w:t>Allocated targets may be reduced, reallocated, kept on hold or revoked for delayed commencement, poor mobilisation, low attendance, unsatisfactory performance, non-participation in monitoring or any breach of conditions.</w:t>
      </w:r>
    </w:p>
    <w:p w14:paraId="68274E08" w14:textId="77777777" w:rsidR="00894831" w:rsidRDefault="00421CA7">
      <w:pPr>
        <w:pStyle w:val="ListBullet"/>
      </w:pPr>
      <w:r>
        <w:t>The selected centre shall commence mobilisation and batch creation within the timeline communicated by SCGJ. Failure to act within the stipulated period may lead to cancellation without further obligation.</w:t>
      </w:r>
    </w:p>
    <w:p w14:paraId="46E97507" w14:textId="11606DED" w:rsidR="00894831" w:rsidRDefault="00421CA7">
      <w:pPr>
        <w:pStyle w:val="ListBullet"/>
      </w:pPr>
      <w:r>
        <w:t>SCGJ’s decision regarding eligibility, inspection, empanelment, allocation, waiting list, revocation and interpretation of this EOI shall be final.</w:t>
      </w:r>
    </w:p>
    <w:p w14:paraId="053B6B82" w14:textId="77777777" w:rsidR="00894831" w:rsidRDefault="00421CA7">
      <w:pPr>
        <w:pStyle w:val="Heading1"/>
      </w:pPr>
      <w:r>
        <w:t>11. Submission Process</w:t>
      </w:r>
    </w:p>
    <w:p w14:paraId="53980529" w14:textId="77777777" w:rsidR="00894831" w:rsidRDefault="00421CA7">
      <w:pPr>
        <w:pStyle w:val="ListNumber"/>
      </w:pPr>
      <w:r>
        <w:t>Applications shall be submitted only through the designated submission link/mode communicated by SCGJ.</w:t>
      </w:r>
    </w:p>
    <w:p w14:paraId="0A0AD2CF" w14:textId="77777777" w:rsidR="00894831" w:rsidRDefault="00421CA7">
      <w:pPr>
        <w:pStyle w:val="ListNumber"/>
      </w:pPr>
      <w:r>
        <w:t>The applicant shall upload clear and legible documents and ensure that all information is complete and consistent.</w:t>
      </w:r>
    </w:p>
    <w:p w14:paraId="5C460BAA" w14:textId="77777777" w:rsidR="00894831" w:rsidRDefault="00421CA7">
      <w:pPr>
        <w:pStyle w:val="ListNumber"/>
      </w:pPr>
      <w:r>
        <w:t>Applications received through any other mode, or applications containing incomplete, false or unverifiable information, may be rejected.</w:t>
      </w:r>
    </w:p>
    <w:p w14:paraId="063A6901" w14:textId="77777777" w:rsidR="00894831" w:rsidRDefault="00421CA7">
      <w:pPr>
        <w:pStyle w:val="ListNumber"/>
      </w:pPr>
      <w:r>
        <w:t>SCGJ may seek clarifications or additional documents; however, seeking clarification shall not be construed as acceptance or preservation of FCFS priority.</w:t>
      </w:r>
    </w:p>
    <w:p w14:paraId="09DB0297" w14:textId="77777777" w:rsidR="00894831" w:rsidRDefault="00421CA7">
      <w:pPr>
        <w:pStyle w:val="Heading1"/>
      </w:pPr>
      <w:r>
        <w:t>12. General Terms and Conditions</w:t>
      </w:r>
    </w:p>
    <w:p w14:paraId="31FF0950" w14:textId="77777777" w:rsidR="00894831" w:rsidRDefault="00421CA7">
      <w:pPr>
        <w:pStyle w:val="ListBullet"/>
      </w:pPr>
      <w:r>
        <w:t>The applicant shall comply with all applicable scheme guidelines, SIDH requirements, SCGJ instructions, labour and safety laws, data-protection obligations and branding/communication protocols.</w:t>
      </w:r>
    </w:p>
    <w:p w14:paraId="20150D38" w14:textId="77777777" w:rsidR="00894831" w:rsidRDefault="00421CA7">
      <w:pPr>
        <w:pStyle w:val="ListBullet"/>
      </w:pPr>
      <w:r>
        <w:t>The applicant shall keep candidate information confidential and use it only for authorised programme purposes.</w:t>
      </w:r>
    </w:p>
    <w:p w14:paraId="62A8D7F0" w14:textId="77777777" w:rsidR="00894831" w:rsidRDefault="00421CA7">
      <w:pPr>
        <w:pStyle w:val="ListBullet"/>
      </w:pPr>
      <w:r>
        <w:t>All costs relating to application, inspection readiness, infrastructure, mobilisation and compliance shall be borne by the applicant unless expressly provided otherwise in the work order.</w:t>
      </w:r>
    </w:p>
    <w:p w14:paraId="0270EDAE" w14:textId="77777777" w:rsidR="00894831" w:rsidRDefault="00421CA7">
      <w:pPr>
        <w:pStyle w:val="ListBullet"/>
      </w:pPr>
      <w:r>
        <w:t>SCGJ reserves the right to amend, suspend, cancel or withdraw this EOI, in whole or in part, without assigning any reason and without liability to any applicant.</w:t>
      </w:r>
    </w:p>
    <w:p w14:paraId="415AD75F" w14:textId="77777777" w:rsidR="00894831" w:rsidRDefault="00421CA7">
      <w:pPr>
        <w:pStyle w:val="ListBullet"/>
      </w:pPr>
      <w:r>
        <w:t>In the event of conflict, the allocation letter/work order, applicable programme guidelines and subsequent written instructions of SCGJ shall prevail.</w:t>
      </w:r>
    </w:p>
    <w:p w14:paraId="550522F7" w14:textId="77777777" w:rsidR="00894831" w:rsidRDefault="00421CA7">
      <w:r>
        <w:br w:type="page"/>
      </w:r>
    </w:p>
    <w:p w14:paraId="0BDCAC81" w14:textId="77777777" w:rsidR="00CF4073" w:rsidRDefault="00CF4073">
      <w:pPr>
        <w:pStyle w:val="Heading1"/>
      </w:pPr>
    </w:p>
    <w:p w14:paraId="002B5C12" w14:textId="77777777" w:rsidR="00CF4073" w:rsidRDefault="00CF4073" w:rsidP="00CF4073">
      <w:pPr>
        <w:pStyle w:val="Heading1"/>
      </w:pPr>
      <w:r>
        <w:t>11. How to Apply for the EOI</w:t>
      </w:r>
    </w:p>
    <w:p w14:paraId="1A77D10B" w14:textId="77777777" w:rsidR="00CF4073" w:rsidRDefault="00CF4073" w:rsidP="00CF4073">
      <w:r>
        <w:t xml:space="preserve">Interested and eligible Training Providers/Training </w:t>
      </w:r>
      <w:proofErr w:type="spellStart"/>
      <w:r>
        <w:t>Centres</w:t>
      </w:r>
      <w:proofErr w:type="spellEnd"/>
      <w:r>
        <w:t xml:space="preserve"> shall submit their application only through the Google Form link provided below:</w:t>
      </w:r>
    </w:p>
    <w:tbl>
      <w:tblPr>
        <w:tblW w:w="9360" w:type="dxa"/>
        <w:tblInd w:w="120" w:type="dxa"/>
        <w:tblLayout w:type="fixed"/>
        <w:tblLook w:val="04A0" w:firstRow="1" w:lastRow="0" w:firstColumn="1" w:lastColumn="0" w:noHBand="0" w:noVBand="1"/>
      </w:tblPr>
      <w:tblGrid>
        <w:gridCol w:w="9360"/>
      </w:tblGrid>
      <w:tr w:rsidR="00CF4073" w14:paraId="3F5E13CE" w14:textId="77777777" w:rsidTr="00CB7476">
        <w:trPr>
          <w:cantSplit/>
        </w:trPr>
        <w:tc>
          <w:tcPr>
            <w:tcW w:w="9360" w:type="dxa"/>
            <w:shd w:val="clear" w:color="auto" w:fill="EAF4EA"/>
            <w:tcMar>
              <w:top w:w="180" w:type="dxa"/>
              <w:left w:w="200" w:type="dxa"/>
              <w:bottom w:w="180" w:type="dxa"/>
              <w:right w:w="200" w:type="dxa"/>
            </w:tcMar>
          </w:tcPr>
          <w:p w14:paraId="019B56D0" w14:textId="7667E76B" w:rsidR="00CF4073" w:rsidRDefault="00CF4073" w:rsidP="00CB7476">
            <w:pPr>
              <w:spacing w:after="0"/>
              <w:jc w:val="center"/>
            </w:pPr>
            <w:r>
              <w:rPr>
                <w:b/>
                <w:color w:val="2E7D32"/>
                <w:sz w:val="23"/>
              </w:rPr>
              <w:t xml:space="preserve">GOOGLE FORM LINK:  </w:t>
            </w:r>
            <w:hyperlink r:id="rId8" w:history="1">
              <w:r>
                <w:rPr>
                  <w:rStyle w:val="Hyperlink"/>
                  <w:b/>
                  <w:sz w:val="23"/>
                </w:rPr>
                <w:t>Click Here to Apply</w:t>
              </w:r>
            </w:hyperlink>
          </w:p>
        </w:tc>
      </w:tr>
    </w:tbl>
    <w:p w14:paraId="172A9240" w14:textId="77777777" w:rsidR="00CF4073" w:rsidRDefault="00CF4073" w:rsidP="00CF4073">
      <w:pPr>
        <w:spacing w:after="20"/>
      </w:pPr>
    </w:p>
    <w:p w14:paraId="57394C2F" w14:textId="77777777" w:rsidR="00CF4073" w:rsidRDefault="00CF4073" w:rsidP="00CF4073">
      <w:pPr>
        <w:pStyle w:val="ListNumber"/>
        <w:numPr>
          <w:ilvl w:val="0"/>
          <w:numId w:val="13"/>
        </w:numPr>
      </w:pPr>
      <w:r>
        <w:t xml:space="preserve">A separate Google Form response must be submitted for each Training Centre. One submission shall not cover multiple Training </w:t>
      </w:r>
      <w:proofErr w:type="spellStart"/>
      <w:r>
        <w:t>Centres</w:t>
      </w:r>
      <w:proofErr w:type="spellEnd"/>
      <w:r>
        <w:t>.</w:t>
      </w:r>
    </w:p>
    <w:p w14:paraId="4C2C83FC" w14:textId="77777777" w:rsidR="00CF4073" w:rsidRDefault="00CF4073" w:rsidP="00CF4073">
      <w:pPr>
        <w:pStyle w:val="ListNumber"/>
        <w:numPr>
          <w:ilvl w:val="0"/>
          <w:numId w:val="13"/>
        </w:numPr>
      </w:pPr>
      <w:r>
        <w:t>The applicant shall upload clear and legible documents and ensure that all information is complete, accurate and consistent.</w:t>
      </w:r>
    </w:p>
    <w:p w14:paraId="62D03D60" w14:textId="77777777" w:rsidR="00CF4073" w:rsidRDefault="00CF4073" w:rsidP="00CF4073">
      <w:pPr>
        <w:pStyle w:val="ListNumber"/>
        <w:numPr>
          <w:ilvl w:val="0"/>
          <w:numId w:val="13"/>
        </w:numPr>
      </w:pPr>
      <w:r>
        <w:t>Only applications submitted through the above Google Form shall be considered. Applications received through email or any other mode may be rejected.</w:t>
      </w:r>
    </w:p>
    <w:p w14:paraId="69CF7C1E" w14:textId="77777777" w:rsidR="00CF4073" w:rsidRDefault="00CF4073" w:rsidP="00CF4073">
      <w:pPr>
        <w:pStyle w:val="ListNumber"/>
        <w:numPr>
          <w:ilvl w:val="0"/>
          <w:numId w:val="13"/>
        </w:numPr>
      </w:pPr>
      <w:r>
        <w:t xml:space="preserve">The system-generated date and time of a complete Google Form submission shall be considered for determining FCFS priority among eligible and fully compliant Training </w:t>
      </w:r>
      <w:proofErr w:type="spellStart"/>
      <w:r>
        <w:t>Centres</w:t>
      </w:r>
      <w:proofErr w:type="spellEnd"/>
      <w:r>
        <w:t>.</w:t>
      </w:r>
    </w:p>
    <w:p w14:paraId="57D9687C" w14:textId="77777777" w:rsidR="00CF4073" w:rsidRDefault="00CF4073" w:rsidP="00CF4073">
      <w:pPr>
        <w:pStyle w:val="ListNumber"/>
        <w:numPr>
          <w:ilvl w:val="0"/>
          <w:numId w:val="13"/>
        </w:numPr>
      </w:pPr>
      <w:r>
        <w:t>Incomplete or unverifiable applications shall not retain their original timestamp priority. If permitted to rectify deficiencies, priority shall be counted from the date and time the complete information is received.</w:t>
      </w:r>
    </w:p>
    <w:p w14:paraId="4A8A31DE" w14:textId="77777777" w:rsidR="00CF4073" w:rsidRDefault="00CF4073" w:rsidP="00CF4073">
      <w:pPr>
        <w:pStyle w:val="ListNumber"/>
        <w:numPr>
          <w:ilvl w:val="0"/>
          <w:numId w:val="13"/>
        </w:numPr>
      </w:pPr>
      <w:r>
        <w:t>SCGJ may seek clarifications or additional documents; however, such communication shall not be construed as acceptance of the application or preservation of FCFS priority.</w:t>
      </w:r>
    </w:p>
    <w:p w14:paraId="0F530D21" w14:textId="77777777" w:rsidR="00CF4073" w:rsidRPr="00CF4073" w:rsidRDefault="00CF4073" w:rsidP="00CF4073"/>
    <w:p w14:paraId="4F47C682" w14:textId="59542357" w:rsidR="00894831" w:rsidRDefault="00421CA7">
      <w:pPr>
        <w:pStyle w:val="Heading1"/>
      </w:pPr>
      <w:r>
        <w:t>Annexure I — Applicant Declaration</w:t>
      </w:r>
    </w:p>
    <w:p w14:paraId="0F975068" w14:textId="77777777" w:rsidR="00894831" w:rsidRDefault="00421CA7">
      <w:r>
        <w:t>I/We, on behalf of the applicant entity, hereby declare that:</w:t>
      </w:r>
    </w:p>
    <w:p w14:paraId="3AF45DD4" w14:textId="77777777" w:rsidR="00894831" w:rsidRDefault="00421CA7">
      <w:pPr>
        <w:pStyle w:val="ListBullet"/>
      </w:pPr>
      <w:r>
        <w:t>all information and documents submitted with this application are true, complete and valid;</w:t>
      </w:r>
    </w:p>
    <w:p w14:paraId="4BC062C2" w14:textId="77777777" w:rsidR="00894831" w:rsidRDefault="00421CA7">
      <w:pPr>
        <w:pStyle w:val="ListBullet"/>
      </w:pPr>
      <w:r>
        <w:t>the proposed Training Centre is affiliated for the specified job role and has the required infrastructure, equipment and certified trainers;</w:t>
      </w:r>
    </w:p>
    <w:p w14:paraId="2E999707" w14:textId="77777777" w:rsidR="00894831" w:rsidRDefault="00421CA7">
      <w:pPr>
        <w:pStyle w:val="ListBullet"/>
      </w:pPr>
      <w:r>
        <w:t>the applicant/entity/centre is not blacklisted, debarred or prohibited by any competent authority;</w:t>
      </w:r>
    </w:p>
    <w:p w14:paraId="5543A642" w14:textId="77777777" w:rsidR="00894831" w:rsidRDefault="00421CA7">
      <w:pPr>
        <w:pStyle w:val="ListBullet"/>
      </w:pPr>
      <w:r>
        <w:t>SCGJ may verify the information, inspect the centre and reject or revoke empanelment/allocation if any statement is found false or any condition is breached;</w:t>
      </w:r>
    </w:p>
    <w:p w14:paraId="1F4E0D17" w14:textId="77777777" w:rsidR="00894831" w:rsidRDefault="00421CA7">
      <w:pPr>
        <w:pStyle w:val="ListBullet"/>
      </w:pPr>
      <w:r>
        <w:t>submission or empanelment does not confer a right to target allocation, payment or continuation; and</w:t>
      </w:r>
    </w:p>
    <w:p w14:paraId="10590067" w14:textId="77777777" w:rsidR="00894831" w:rsidRDefault="00421CA7">
      <w:pPr>
        <w:pStyle w:val="ListBullet"/>
      </w:pPr>
      <w:r>
        <w:t>the applicant accepts all provisions of this EOI and shall comply with the applicable programme guidelines, work order and written instructions of SCGJ.</w:t>
      </w:r>
    </w:p>
    <w:p w14:paraId="4171291D" w14:textId="77777777" w:rsidR="00894831" w:rsidRDefault="00894831"/>
    <w:tbl>
      <w:tblPr>
        <w:tblStyle w:val="TableGrid"/>
        <w:tblW w:w="9360" w:type="dxa"/>
        <w:tblInd w:w="120" w:type="dxa"/>
        <w:tblLayout w:type="fixed"/>
        <w:tblLook w:val="04A0" w:firstRow="1" w:lastRow="0" w:firstColumn="1" w:lastColumn="0" w:noHBand="0" w:noVBand="1"/>
      </w:tblPr>
      <w:tblGrid>
        <w:gridCol w:w="3200"/>
        <w:gridCol w:w="6160"/>
      </w:tblGrid>
      <w:tr w:rsidR="00894831" w14:paraId="1122D2E8" w14:textId="77777777">
        <w:trPr>
          <w:cantSplit/>
        </w:trPr>
        <w:tc>
          <w:tcPr>
            <w:tcW w:w="3200" w:type="dxa"/>
            <w:shd w:val="clear" w:color="auto" w:fill="EAF0F7"/>
            <w:tcMar>
              <w:top w:w="130" w:type="dxa"/>
              <w:left w:w="120" w:type="dxa"/>
              <w:bottom w:w="130" w:type="dxa"/>
              <w:right w:w="120" w:type="dxa"/>
            </w:tcMar>
          </w:tcPr>
          <w:p w14:paraId="2D431221" w14:textId="77777777" w:rsidR="00894831" w:rsidRDefault="00421CA7">
            <w:r>
              <w:rPr>
                <w:b/>
                <w:color w:val="17365D"/>
              </w:rPr>
              <w:t>Name of authorised signatory</w:t>
            </w:r>
          </w:p>
        </w:tc>
        <w:tc>
          <w:tcPr>
            <w:tcW w:w="6160" w:type="dxa"/>
            <w:tcMar>
              <w:top w:w="130" w:type="dxa"/>
              <w:left w:w="120" w:type="dxa"/>
              <w:bottom w:w="260" w:type="dxa"/>
              <w:right w:w="120" w:type="dxa"/>
            </w:tcMar>
          </w:tcPr>
          <w:p w14:paraId="011B589B" w14:textId="77777777" w:rsidR="00894831" w:rsidRDefault="00894831"/>
        </w:tc>
      </w:tr>
      <w:tr w:rsidR="00894831" w14:paraId="02A60995" w14:textId="77777777">
        <w:trPr>
          <w:cantSplit/>
        </w:trPr>
        <w:tc>
          <w:tcPr>
            <w:tcW w:w="3200" w:type="dxa"/>
            <w:shd w:val="clear" w:color="auto" w:fill="EAF0F7"/>
            <w:tcMar>
              <w:top w:w="130" w:type="dxa"/>
              <w:left w:w="120" w:type="dxa"/>
              <w:bottom w:w="130" w:type="dxa"/>
              <w:right w:w="120" w:type="dxa"/>
            </w:tcMar>
          </w:tcPr>
          <w:p w14:paraId="0001C249" w14:textId="77777777" w:rsidR="00894831" w:rsidRDefault="00421CA7">
            <w:r>
              <w:rPr>
                <w:b/>
                <w:color w:val="17365D"/>
              </w:rPr>
              <w:t>Designation</w:t>
            </w:r>
          </w:p>
        </w:tc>
        <w:tc>
          <w:tcPr>
            <w:tcW w:w="6160" w:type="dxa"/>
            <w:tcMar>
              <w:top w:w="130" w:type="dxa"/>
              <w:left w:w="120" w:type="dxa"/>
              <w:bottom w:w="260" w:type="dxa"/>
              <w:right w:w="120" w:type="dxa"/>
            </w:tcMar>
          </w:tcPr>
          <w:p w14:paraId="5E872BBE" w14:textId="77777777" w:rsidR="00894831" w:rsidRDefault="00894831"/>
        </w:tc>
      </w:tr>
      <w:tr w:rsidR="00894831" w14:paraId="0B1F2CED" w14:textId="77777777">
        <w:trPr>
          <w:cantSplit/>
        </w:trPr>
        <w:tc>
          <w:tcPr>
            <w:tcW w:w="3200" w:type="dxa"/>
            <w:shd w:val="clear" w:color="auto" w:fill="EAF0F7"/>
            <w:tcMar>
              <w:top w:w="130" w:type="dxa"/>
              <w:left w:w="120" w:type="dxa"/>
              <w:bottom w:w="130" w:type="dxa"/>
              <w:right w:w="120" w:type="dxa"/>
            </w:tcMar>
          </w:tcPr>
          <w:p w14:paraId="36CA51DA" w14:textId="77777777" w:rsidR="00894831" w:rsidRDefault="00421CA7">
            <w:r>
              <w:rPr>
                <w:b/>
                <w:color w:val="17365D"/>
              </w:rPr>
              <w:t>Applicant entity</w:t>
            </w:r>
          </w:p>
        </w:tc>
        <w:tc>
          <w:tcPr>
            <w:tcW w:w="6160" w:type="dxa"/>
            <w:tcMar>
              <w:top w:w="130" w:type="dxa"/>
              <w:left w:w="120" w:type="dxa"/>
              <w:bottom w:w="260" w:type="dxa"/>
              <w:right w:w="120" w:type="dxa"/>
            </w:tcMar>
          </w:tcPr>
          <w:p w14:paraId="0AB2DEEF" w14:textId="77777777" w:rsidR="00894831" w:rsidRDefault="00894831"/>
        </w:tc>
      </w:tr>
      <w:tr w:rsidR="00894831" w14:paraId="53BB2E33" w14:textId="77777777">
        <w:trPr>
          <w:cantSplit/>
        </w:trPr>
        <w:tc>
          <w:tcPr>
            <w:tcW w:w="3200" w:type="dxa"/>
            <w:shd w:val="clear" w:color="auto" w:fill="EAF0F7"/>
            <w:tcMar>
              <w:top w:w="130" w:type="dxa"/>
              <w:left w:w="120" w:type="dxa"/>
              <w:bottom w:w="130" w:type="dxa"/>
              <w:right w:w="120" w:type="dxa"/>
            </w:tcMar>
          </w:tcPr>
          <w:p w14:paraId="460B391E" w14:textId="77777777" w:rsidR="00894831" w:rsidRDefault="00421CA7">
            <w:r>
              <w:rPr>
                <w:b/>
                <w:color w:val="17365D"/>
              </w:rPr>
              <w:lastRenderedPageBreak/>
              <w:t>Place and date</w:t>
            </w:r>
          </w:p>
        </w:tc>
        <w:tc>
          <w:tcPr>
            <w:tcW w:w="6160" w:type="dxa"/>
            <w:tcMar>
              <w:top w:w="130" w:type="dxa"/>
              <w:left w:w="120" w:type="dxa"/>
              <w:bottom w:w="260" w:type="dxa"/>
              <w:right w:w="120" w:type="dxa"/>
            </w:tcMar>
          </w:tcPr>
          <w:p w14:paraId="379B1681" w14:textId="77777777" w:rsidR="00894831" w:rsidRDefault="00894831"/>
        </w:tc>
      </w:tr>
      <w:tr w:rsidR="00894831" w14:paraId="3E13FF2C" w14:textId="77777777">
        <w:trPr>
          <w:cantSplit/>
        </w:trPr>
        <w:tc>
          <w:tcPr>
            <w:tcW w:w="3200" w:type="dxa"/>
            <w:shd w:val="clear" w:color="auto" w:fill="EAF0F7"/>
            <w:tcMar>
              <w:top w:w="130" w:type="dxa"/>
              <w:left w:w="120" w:type="dxa"/>
              <w:bottom w:w="130" w:type="dxa"/>
              <w:right w:w="120" w:type="dxa"/>
            </w:tcMar>
          </w:tcPr>
          <w:p w14:paraId="4EE8447A" w14:textId="77777777" w:rsidR="00894831" w:rsidRDefault="00421CA7">
            <w:r>
              <w:rPr>
                <w:b/>
                <w:color w:val="17365D"/>
              </w:rPr>
              <w:t>Signature</w:t>
            </w:r>
          </w:p>
        </w:tc>
        <w:tc>
          <w:tcPr>
            <w:tcW w:w="6160" w:type="dxa"/>
            <w:tcMar>
              <w:top w:w="130" w:type="dxa"/>
              <w:left w:w="120" w:type="dxa"/>
              <w:bottom w:w="260" w:type="dxa"/>
              <w:right w:w="120" w:type="dxa"/>
            </w:tcMar>
          </w:tcPr>
          <w:p w14:paraId="3F97D004" w14:textId="77777777" w:rsidR="00894831" w:rsidRDefault="00894831"/>
        </w:tc>
      </w:tr>
      <w:tr w:rsidR="00894831" w14:paraId="348FA8EA" w14:textId="77777777">
        <w:trPr>
          <w:cantSplit/>
        </w:trPr>
        <w:tc>
          <w:tcPr>
            <w:tcW w:w="3200" w:type="dxa"/>
            <w:shd w:val="clear" w:color="auto" w:fill="EAF0F7"/>
            <w:tcMar>
              <w:top w:w="130" w:type="dxa"/>
              <w:left w:w="120" w:type="dxa"/>
              <w:bottom w:w="130" w:type="dxa"/>
              <w:right w:w="120" w:type="dxa"/>
            </w:tcMar>
          </w:tcPr>
          <w:p w14:paraId="20310D08" w14:textId="77777777" w:rsidR="00894831" w:rsidRDefault="00421CA7">
            <w:r>
              <w:rPr>
                <w:b/>
                <w:color w:val="17365D"/>
              </w:rPr>
              <w:t>Official seal</w:t>
            </w:r>
          </w:p>
        </w:tc>
        <w:tc>
          <w:tcPr>
            <w:tcW w:w="6160" w:type="dxa"/>
            <w:tcMar>
              <w:top w:w="130" w:type="dxa"/>
              <w:left w:w="120" w:type="dxa"/>
              <w:bottom w:w="260" w:type="dxa"/>
              <w:right w:w="120" w:type="dxa"/>
            </w:tcMar>
          </w:tcPr>
          <w:p w14:paraId="14CDC1C7" w14:textId="77777777" w:rsidR="00894831" w:rsidRDefault="00894831"/>
        </w:tc>
      </w:tr>
    </w:tbl>
    <w:p w14:paraId="064FE6A3" w14:textId="77777777" w:rsidR="00421CA7" w:rsidRDefault="00421CA7"/>
    <w:sectPr w:rsidR="00421CA7" w:rsidSect="00034616">
      <w:headerReference w:type="default" r:id="rId9"/>
      <w:footerReference w:type="default" r:id="rId10"/>
      <w:pgSz w:w="12240" w:h="15840"/>
      <w:pgMar w:top="1037" w:right="1325" w:bottom="979" w:left="1325"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2675" w14:textId="77777777" w:rsidR="00FB6C15" w:rsidRDefault="00FB6C15">
      <w:pPr>
        <w:spacing w:after="0" w:line="240" w:lineRule="auto"/>
      </w:pPr>
      <w:r>
        <w:separator/>
      </w:r>
    </w:p>
  </w:endnote>
  <w:endnote w:type="continuationSeparator" w:id="0">
    <w:p w14:paraId="67472600" w14:textId="77777777" w:rsidR="00FB6C15" w:rsidRDefault="00FB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0C81" w14:textId="77777777" w:rsidR="00894831" w:rsidRDefault="00421CA7">
    <w:pPr>
      <w:pStyle w:val="Footer"/>
      <w:jc w:val="center"/>
    </w:pPr>
    <w:r>
      <w:rPr>
        <w:color w:val="667085"/>
        <w:sz w:val="16"/>
      </w:rPr>
      <w:t>EOI | Solar PV Installation Helper | SCGJ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F63E" w14:textId="77777777" w:rsidR="00FB6C15" w:rsidRDefault="00FB6C15">
      <w:pPr>
        <w:spacing w:after="0" w:line="240" w:lineRule="auto"/>
      </w:pPr>
      <w:r>
        <w:separator/>
      </w:r>
    </w:p>
  </w:footnote>
  <w:footnote w:type="continuationSeparator" w:id="0">
    <w:p w14:paraId="28B25595" w14:textId="77777777" w:rsidR="00FB6C15" w:rsidRDefault="00FB6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1F02" w14:textId="3A039C05" w:rsidR="00894831" w:rsidRDefault="00F13A1C" w:rsidP="00F13A1C">
    <w:pPr>
      <w:pStyle w:val="Header"/>
      <w:jc w:val="right"/>
    </w:pPr>
    <w:r>
      <w:rPr>
        <w:b/>
        <w:noProof/>
        <w:color w:val="667085"/>
        <w:sz w:val="17"/>
      </w:rPr>
      <w:drawing>
        <wp:anchor distT="0" distB="0" distL="114300" distR="114300" simplePos="0" relativeHeight="251658240" behindDoc="0" locked="0" layoutInCell="1" allowOverlap="1" wp14:anchorId="3BF29D1A" wp14:editId="1003CA36">
          <wp:simplePos x="0" y="0"/>
          <wp:positionH relativeFrom="column">
            <wp:posOffset>2143125</wp:posOffset>
          </wp:positionH>
          <wp:positionV relativeFrom="paragraph">
            <wp:posOffset>-142240</wp:posOffset>
          </wp:positionV>
          <wp:extent cx="1289050" cy="394693"/>
          <wp:effectExtent l="0" t="0" r="6350" b="5715"/>
          <wp:wrapSquare wrapText="bothSides"/>
          <wp:docPr id="38335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5543" name="Picture 383355543"/>
                  <pic:cNvPicPr/>
                </pic:nvPicPr>
                <pic:blipFill>
                  <a:blip r:embed="rId1"/>
                  <a:stretch>
                    <a:fillRect/>
                  </a:stretch>
                </pic:blipFill>
                <pic:spPr>
                  <a:xfrm>
                    <a:off x="0" y="0"/>
                    <a:ext cx="1289050" cy="394693"/>
                  </a:xfrm>
                  <a:prstGeom prst="rect">
                    <a:avLst/>
                  </a:prstGeom>
                </pic:spPr>
              </pic:pic>
            </a:graphicData>
          </a:graphic>
        </wp:anchor>
      </w:drawing>
    </w:r>
    <w:r>
      <w:rPr>
        <w:b/>
        <w:color w:val="667085"/>
        <w:sz w:val="17"/>
      </w:rPr>
      <w:t xml:space="preserve">  </w:t>
    </w:r>
    <w:r w:rsidR="00421CA7">
      <w:rPr>
        <w:b/>
        <w:color w:val="667085"/>
        <w:sz w:val="17"/>
      </w:rPr>
      <w:t>SKILL COUNCIL FOR GREEN JOBS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73A200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6C37BA"/>
    <w:multiLevelType w:val="hybridMultilevel"/>
    <w:tmpl w:val="58309F0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18CC0D14"/>
    <w:multiLevelType w:val="hybridMultilevel"/>
    <w:tmpl w:val="CA48A498"/>
    <w:lvl w:ilvl="0" w:tplc="40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1EDF0B62"/>
    <w:multiLevelType w:val="hybridMultilevel"/>
    <w:tmpl w:val="6F7EAA8A"/>
    <w:lvl w:ilvl="0" w:tplc="D0A62B40">
      <w:start w:val="1"/>
      <w:numFmt w:val="decimal"/>
      <w:pStyle w:val="ListNumb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num w:numId="1" w16cid:durableId="465318043">
    <w:abstractNumId w:val="8"/>
  </w:num>
  <w:num w:numId="2" w16cid:durableId="1224678625">
    <w:abstractNumId w:val="6"/>
  </w:num>
  <w:num w:numId="3" w16cid:durableId="662972677">
    <w:abstractNumId w:val="5"/>
  </w:num>
  <w:num w:numId="4" w16cid:durableId="1204750727">
    <w:abstractNumId w:val="4"/>
  </w:num>
  <w:num w:numId="5" w16cid:durableId="355078405">
    <w:abstractNumId w:val="7"/>
  </w:num>
  <w:num w:numId="6" w16cid:durableId="641689444">
    <w:abstractNumId w:val="3"/>
  </w:num>
  <w:num w:numId="7" w16cid:durableId="1092433576">
    <w:abstractNumId w:val="2"/>
  </w:num>
  <w:num w:numId="8" w16cid:durableId="1559126567">
    <w:abstractNumId w:val="1"/>
  </w:num>
  <w:num w:numId="9" w16cid:durableId="1482697796">
    <w:abstractNumId w:val="0"/>
  </w:num>
  <w:num w:numId="10" w16cid:durableId="565185016">
    <w:abstractNumId w:val="7"/>
    <w:lvlOverride w:ilvl="0">
      <w:startOverride w:val="1"/>
    </w:lvlOverride>
  </w:num>
  <w:num w:numId="11" w16cid:durableId="34042948">
    <w:abstractNumId w:val="9"/>
  </w:num>
  <w:num w:numId="12" w16cid:durableId="1893300450">
    <w:abstractNumId w:val="11"/>
  </w:num>
  <w:num w:numId="13" w16cid:durableId="14196684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B78"/>
    <w:rsid w:val="001C4A5E"/>
    <w:rsid w:val="001D0FA1"/>
    <w:rsid w:val="0029639D"/>
    <w:rsid w:val="00326F90"/>
    <w:rsid w:val="00421CA7"/>
    <w:rsid w:val="00495DF5"/>
    <w:rsid w:val="00553DCD"/>
    <w:rsid w:val="005940C9"/>
    <w:rsid w:val="00894831"/>
    <w:rsid w:val="008A67ED"/>
    <w:rsid w:val="00AA1D8D"/>
    <w:rsid w:val="00B47730"/>
    <w:rsid w:val="00CB0664"/>
    <w:rsid w:val="00CF4073"/>
    <w:rsid w:val="00E9052F"/>
    <w:rsid w:val="00F13A1C"/>
    <w:rsid w:val="00FB6C15"/>
    <w:rsid w:val="00FC693F"/>
    <w:rsid w:val="00FE0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69B3C8"/>
  <w14:defaultImageDpi w14:val="300"/>
  <w15:docId w15:val="{0AADB363-3793-46D0-A384-27BE4C8D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111827"/>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E7D32"/>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03" w:hanging="259"/>
      <w:contextualSpacing/>
    </w:pPr>
  </w:style>
  <w:style w:type="paragraph" w:styleId="ListBullet2">
    <w:name w:val="List Bullet 2"/>
    <w:basedOn w:val="Normal"/>
    <w:uiPriority w:val="99"/>
    <w:unhideWhenUsed/>
    <w:rsid w:val="00326F90"/>
    <w:pPr>
      <w:numPr>
        <w:numId w:val="2"/>
      </w:numPr>
      <w:spacing w:after="80"/>
      <w:ind w:left="749" w:hanging="259"/>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12"/>
      </w:numPr>
      <w:spacing w:after="8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F4073"/>
    <w:rPr>
      <w:color w:val="0000FF" w:themeColor="hyperlink"/>
      <w:u w:val="single"/>
    </w:rPr>
  </w:style>
  <w:style w:type="character" w:styleId="UnresolvedMention">
    <w:name w:val="Unresolved Mention"/>
    <w:basedOn w:val="DefaultParagraphFont"/>
    <w:uiPriority w:val="99"/>
    <w:semiHidden/>
    <w:unhideWhenUsed/>
    <w:rsid w:val="00CF4073"/>
    <w:rPr>
      <w:color w:val="605E5C"/>
      <w:shd w:val="clear" w:color="auto" w:fill="E1DFDD"/>
    </w:rPr>
  </w:style>
  <w:style w:type="character" w:styleId="FollowedHyperlink">
    <w:name w:val="FollowedHyperlink"/>
    <w:basedOn w:val="DefaultParagraphFont"/>
    <w:uiPriority w:val="99"/>
    <w:semiHidden/>
    <w:unhideWhenUsed/>
    <w:rsid w:val="00F13A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G9KU3GwS4Pe3uiH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1962</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EOI for Empanelment of Training Centres - Solar PV Installation Helper</vt:lpstr>
    </vt:vector>
  </TitlesOfParts>
  <Manager/>
  <Company/>
  <LinksUpToDate>false</LinksUpToDate>
  <CharactersWithSpaces>13120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EOI for Empanelment of Training Centres - Solar PV Installation Helper</dc:title>
  <dc:subject>PM Surya Ghar: Muft Bijli Yojana</dc:subject>
  <dc:creator>Skill Council for Green Jobs</dc:creator>
  <cp:keywords>SCGJ, EOI, PM Surya Ghar, Solar PV Installation Helper</cp:keywords>
  <dc:description>generated by python-docx</dc:description>
  <cp:lastModifiedBy>Msdac07</cp:lastModifiedBy>
  <cp:revision>4</cp:revision>
  <dcterms:created xsi:type="dcterms:W3CDTF">2026-07-28T09:50:00Z</dcterms:created>
  <dcterms:modified xsi:type="dcterms:W3CDTF">2026-08-11T07:24:00Z</dcterms:modified>
  <cp:category/>
</cp:coreProperties>
</file>